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88DB3" w14:textId="77777777" w:rsidR="0037227F" w:rsidRDefault="00000000" w:rsidP="0053153C">
      <w:pPr>
        <w:spacing w:after="0"/>
        <w:jc w:val="center"/>
      </w:pPr>
      <w:r>
        <w:rPr>
          <w:noProof/>
        </w:rPr>
        <w:drawing>
          <wp:inline distT="0" distB="0" distL="0" distR="0" wp14:anchorId="61FF80CE" wp14:editId="21FD5872">
            <wp:extent cx="713232" cy="713232"/>
            <wp:effectExtent l="0" t="0" r="0" b="0"/>
            <wp:docPr id="1" name="Picture 1" descr="CHIATECH publisher logo" title="CHIATECH publis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713232" cy="713232"/>
                    </a:xfrm>
                    <a:prstGeom prst="rect">
                      <a:avLst/>
                    </a:prstGeom>
                  </pic:spPr>
                </pic:pic>
              </a:graphicData>
            </a:graphic>
          </wp:inline>
        </w:drawing>
      </w:r>
      <w:r>
        <w:t xml:space="preserve">   </w:t>
      </w:r>
      <w:r>
        <w:rPr>
          <w:noProof/>
        </w:rPr>
        <w:drawing>
          <wp:inline distT="0" distB="0" distL="0" distR="0" wp14:anchorId="0F36DFB0" wp14:editId="47302759">
            <wp:extent cx="640080" cy="759562"/>
            <wp:effectExtent l="0" t="0" r="0" b="0"/>
            <wp:docPr id="2" name="Picture 2" descr="CHIATECH Journal SETEHEM logo" title="CHIATECH Journal SETEH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40080" cy="759562"/>
                    </a:xfrm>
                    <a:prstGeom prst="rect">
                      <a:avLst/>
                    </a:prstGeom>
                  </pic:spPr>
                </pic:pic>
              </a:graphicData>
            </a:graphic>
          </wp:inline>
        </w:drawing>
      </w:r>
    </w:p>
    <w:p w14:paraId="5D00DE4C" w14:textId="77777777" w:rsidR="0037227F" w:rsidRDefault="00000000" w:rsidP="0053153C">
      <w:pPr>
        <w:spacing w:after="0"/>
        <w:jc w:val="center"/>
      </w:pPr>
      <w:r>
        <w:rPr>
          <w:b/>
          <w:color w:val="1656B8"/>
          <w:sz w:val="18"/>
        </w:rPr>
        <w:t>ACCEPTED ARTICLE AGREEMENT</w:t>
      </w:r>
    </w:p>
    <w:p w14:paraId="055CF463" w14:textId="77777777" w:rsidR="0037227F" w:rsidRDefault="00000000" w:rsidP="0053153C">
      <w:pPr>
        <w:pStyle w:val="Title"/>
        <w:spacing w:after="0"/>
        <w:jc w:val="center"/>
      </w:pPr>
      <w:r>
        <w:t>Copyright, Licensing, Authorship &amp; Publication Agreement</w:t>
      </w:r>
    </w:p>
    <w:p w14:paraId="5A182738" w14:textId="77777777" w:rsidR="0037227F" w:rsidRDefault="00000000" w:rsidP="0053153C">
      <w:pPr>
        <w:spacing w:after="0"/>
        <w:jc w:val="center"/>
      </w:pPr>
      <w:r>
        <w:rPr>
          <w:color w:val="5B6472"/>
          <w:sz w:val="22"/>
        </w:rPr>
        <w:t>Author-retained copyright · CC BY 4.0 default open-access licence</w:t>
      </w:r>
    </w:p>
    <w:tbl>
      <w:tblPr>
        <w:tblW w:w="0" w:type="auto"/>
        <w:jc w:val="center"/>
        <w:tblLook w:val="04A0" w:firstRow="1" w:lastRow="0" w:firstColumn="1" w:lastColumn="0" w:noHBand="0" w:noVBand="1"/>
      </w:tblPr>
      <w:tblGrid>
        <w:gridCol w:w="10123"/>
      </w:tblGrid>
      <w:tr w:rsidR="0037227F" w14:paraId="47D752AC" w14:textId="77777777">
        <w:trPr>
          <w:tblHeader/>
          <w:jc w:val="center"/>
        </w:trPr>
        <w:tc>
          <w:tcPr>
            <w:tcW w:w="10123" w:type="dxa"/>
            <w:shd w:val="clear" w:color="auto" w:fill="071A45"/>
            <w:tcMar>
              <w:top w:w="90" w:type="dxa"/>
              <w:left w:w="100" w:type="dxa"/>
              <w:bottom w:w="90" w:type="dxa"/>
              <w:right w:w="100" w:type="dxa"/>
            </w:tcMar>
          </w:tcPr>
          <w:p w14:paraId="6BA58474" w14:textId="77777777" w:rsidR="0037227F" w:rsidRDefault="00000000" w:rsidP="0053153C">
            <w:pPr>
              <w:spacing w:after="0"/>
              <w:jc w:val="center"/>
            </w:pPr>
            <w:r>
              <w:rPr>
                <w:b/>
                <w:color w:val="FFFFFF"/>
                <w:sz w:val="14"/>
              </w:rPr>
              <w:t>SCIENCE · TECHNOLOGY · ENGINEERING · MATHEMATICS · EDUCATION · HUMANITIES &amp; SOCIAL SCIENCES · ENTREPRENEURSHIP &amp; MANAGEMENT</w:t>
            </w:r>
          </w:p>
        </w:tc>
      </w:tr>
    </w:tbl>
    <w:p w14:paraId="2A8B6621" w14:textId="77777777" w:rsidR="0037227F" w:rsidRDefault="00000000" w:rsidP="0053153C">
      <w:pPr>
        <w:spacing w:after="0"/>
        <w:jc w:val="center"/>
      </w:pPr>
      <w:r>
        <w:rPr>
          <w:b/>
          <w:color w:val="1B7F5B"/>
          <w:sz w:val="17"/>
        </w:rPr>
        <w:t>COMPLETE AFTER ACCEPTANCE · BEFORE VERSION-OF-RECORD RELEASE</w:t>
      </w:r>
    </w:p>
    <w:p w14:paraId="40D9CB11" w14:textId="77777777" w:rsidR="0037227F" w:rsidRDefault="00000000" w:rsidP="0053153C">
      <w:pPr>
        <w:spacing w:after="0"/>
        <w:jc w:val="center"/>
      </w:pPr>
      <w:r>
        <w:rPr>
          <w:color w:val="5B6472"/>
          <w:sz w:val="16"/>
        </w:rPr>
        <w:t>Published by CHIA TECH SOLUTIONS AND RESOURCES LIMITED · RC 1839865 · Nigeria</w:t>
      </w:r>
    </w:p>
    <w:p w14:paraId="7E502529" w14:textId="77777777" w:rsidR="0037227F" w:rsidRDefault="00000000" w:rsidP="0053153C">
      <w:pPr>
        <w:spacing w:after="0"/>
        <w:jc w:val="center"/>
      </w:pPr>
      <w:r>
        <w:rPr>
          <w:color w:val="5B6472"/>
          <w:sz w:val="16"/>
        </w:rPr>
        <w:t>ISSN: Pending assignment · DOI prefix: Pending registration</w:t>
      </w:r>
    </w:p>
    <w:p w14:paraId="63AE9BDD" w14:textId="77777777" w:rsidR="0037227F" w:rsidRDefault="00000000" w:rsidP="0053153C">
      <w:pPr>
        <w:spacing w:after="0"/>
      </w:pPr>
      <w:r>
        <w:br w:type="page"/>
      </w:r>
    </w:p>
    <w:p w14:paraId="3C9E64CC" w14:textId="77777777" w:rsidR="0037227F" w:rsidRDefault="00000000" w:rsidP="0053153C">
      <w:pPr>
        <w:pStyle w:val="Heading1"/>
        <w:spacing w:after="0"/>
      </w:pPr>
      <w:r>
        <w:lastRenderedPageBreak/>
        <w:t>A · Article record</w:t>
      </w:r>
    </w:p>
    <w:tbl>
      <w:tblPr>
        <w:tblW w:w="10620" w:type="dxa"/>
        <w:jc w:val="center"/>
        <w:tblLayout w:type="fixed"/>
        <w:tblLook w:val="04A0" w:firstRow="1" w:lastRow="0" w:firstColumn="1" w:lastColumn="0" w:noHBand="0" w:noVBand="1"/>
      </w:tblPr>
      <w:tblGrid>
        <w:gridCol w:w="5061"/>
        <w:gridCol w:w="5559"/>
      </w:tblGrid>
      <w:tr w:rsidR="0037227F" w14:paraId="6641AF85" w14:textId="77777777" w:rsidTr="0053153C">
        <w:trPr>
          <w:tblHeader/>
          <w:jc w:val="center"/>
        </w:trPr>
        <w:tc>
          <w:tcPr>
            <w:tcW w:w="5061" w:type="dxa"/>
            <w:shd w:val="clear" w:color="auto" w:fill="071A45"/>
            <w:tcMar>
              <w:top w:w="70" w:type="dxa"/>
              <w:left w:w="70" w:type="dxa"/>
              <w:bottom w:w="70" w:type="dxa"/>
              <w:right w:w="70" w:type="dxa"/>
            </w:tcMar>
            <w:vAlign w:val="center"/>
          </w:tcPr>
          <w:p w14:paraId="238DB516" w14:textId="77777777" w:rsidR="0037227F" w:rsidRDefault="00000000" w:rsidP="0053153C">
            <w:pPr>
              <w:spacing w:after="0"/>
              <w:jc w:val="center"/>
            </w:pPr>
            <w:r>
              <w:rPr>
                <w:b/>
                <w:color w:val="FFFFFF"/>
                <w:sz w:val="16"/>
              </w:rPr>
              <w:t>Field</w:t>
            </w:r>
          </w:p>
        </w:tc>
        <w:tc>
          <w:tcPr>
            <w:tcW w:w="5559" w:type="dxa"/>
            <w:shd w:val="clear" w:color="auto" w:fill="071A45"/>
            <w:tcMar>
              <w:top w:w="70" w:type="dxa"/>
              <w:left w:w="70" w:type="dxa"/>
              <w:bottom w:w="70" w:type="dxa"/>
              <w:right w:w="70" w:type="dxa"/>
            </w:tcMar>
            <w:vAlign w:val="center"/>
          </w:tcPr>
          <w:p w14:paraId="0E68D1B4" w14:textId="77777777" w:rsidR="0037227F" w:rsidRDefault="00000000" w:rsidP="0053153C">
            <w:pPr>
              <w:spacing w:after="0"/>
              <w:jc w:val="center"/>
            </w:pPr>
            <w:r>
              <w:rPr>
                <w:b/>
                <w:color w:val="FFFFFF"/>
                <w:sz w:val="16"/>
              </w:rPr>
              <w:t>Final / accepted record</w:t>
            </w:r>
          </w:p>
        </w:tc>
      </w:tr>
      <w:tr w:rsidR="0037227F" w14:paraId="08CB378A"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0F765F3" w14:textId="77777777" w:rsidR="0037227F" w:rsidRDefault="00000000" w:rsidP="0053153C">
            <w:pPr>
              <w:spacing w:after="0"/>
            </w:pPr>
            <w:r>
              <w:rPr>
                <w:sz w:val="16"/>
              </w:rPr>
              <w:t>Manuscript ID / eLocator</w:t>
            </w:r>
          </w:p>
        </w:tc>
        <w:tc>
          <w:tcPr>
            <w:tcW w:w="555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E0ECC95" w14:textId="77777777" w:rsidR="0037227F" w:rsidRDefault="0037227F" w:rsidP="0053153C">
            <w:pPr>
              <w:spacing w:after="0"/>
            </w:pPr>
          </w:p>
        </w:tc>
      </w:tr>
      <w:tr w:rsidR="0037227F" w14:paraId="5F3AD9E4"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71E6C14" w14:textId="77777777" w:rsidR="0037227F" w:rsidRDefault="00000000" w:rsidP="0053153C">
            <w:pPr>
              <w:spacing w:after="0"/>
            </w:pPr>
            <w:r>
              <w:rPr>
                <w:sz w:val="16"/>
              </w:rPr>
              <w:t>Full article title</w:t>
            </w:r>
          </w:p>
        </w:tc>
        <w:tc>
          <w:tcPr>
            <w:tcW w:w="555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52533A3" w14:textId="77777777" w:rsidR="0037227F" w:rsidRDefault="0037227F" w:rsidP="0053153C">
            <w:pPr>
              <w:spacing w:after="0"/>
            </w:pPr>
          </w:p>
        </w:tc>
      </w:tr>
      <w:tr w:rsidR="0037227F" w14:paraId="29F1B1FD"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FC5EC52" w14:textId="77777777" w:rsidR="0037227F" w:rsidRDefault="00000000" w:rsidP="0053153C">
            <w:pPr>
              <w:spacing w:after="0"/>
            </w:pPr>
            <w:r>
              <w:rPr>
                <w:sz w:val="16"/>
              </w:rPr>
              <w:t>Article type</w:t>
            </w:r>
          </w:p>
        </w:tc>
        <w:tc>
          <w:tcPr>
            <w:tcW w:w="555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7080698" w14:textId="77777777" w:rsidR="0037227F" w:rsidRDefault="0037227F" w:rsidP="0053153C">
            <w:pPr>
              <w:spacing w:after="0"/>
            </w:pPr>
          </w:p>
        </w:tc>
      </w:tr>
      <w:tr w:rsidR="0037227F" w14:paraId="6F5D7038"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845F64D" w14:textId="77777777" w:rsidR="0037227F" w:rsidRDefault="00000000" w:rsidP="0053153C">
            <w:pPr>
              <w:spacing w:after="0"/>
            </w:pPr>
            <w:r>
              <w:rPr>
                <w:sz w:val="16"/>
              </w:rPr>
              <w:t>Primary SETEHEM domain</w:t>
            </w:r>
          </w:p>
        </w:tc>
        <w:tc>
          <w:tcPr>
            <w:tcW w:w="555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F06B512" w14:textId="77777777" w:rsidR="0037227F" w:rsidRDefault="0037227F" w:rsidP="0053153C">
            <w:pPr>
              <w:spacing w:after="0"/>
            </w:pPr>
          </w:p>
        </w:tc>
      </w:tr>
      <w:tr w:rsidR="0037227F" w14:paraId="380714BA"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EA6F7C5" w14:textId="77777777" w:rsidR="0037227F" w:rsidRDefault="00000000" w:rsidP="0053153C">
            <w:pPr>
              <w:spacing w:after="0"/>
            </w:pPr>
            <w:r>
              <w:rPr>
                <w:sz w:val="16"/>
              </w:rPr>
              <w:t>Secondary domain, if any</w:t>
            </w:r>
          </w:p>
        </w:tc>
        <w:tc>
          <w:tcPr>
            <w:tcW w:w="555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67C4245" w14:textId="77777777" w:rsidR="0037227F" w:rsidRDefault="0037227F" w:rsidP="0053153C">
            <w:pPr>
              <w:spacing w:after="0"/>
            </w:pPr>
          </w:p>
        </w:tc>
      </w:tr>
      <w:tr w:rsidR="0037227F" w14:paraId="74D1961D"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2B2FE3D" w14:textId="77777777" w:rsidR="0037227F" w:rsidRDefault="00000000" w:rsidP="0053153C">
            <w:pPr>
              <w:spacing w:after="0"/>
            </w:pPr>
            <w:r>
              <w:rPr>
                <w:sz w:val="16"/>
              </w:rPr>
              <w:t>Corresponding author</w:t>
            </w:r>
          </w:p>
        </w:tc>
        <w:tc>
          <w:tcPr>
            <w:tcW w:w="555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7D01565" w14:textId="77777777" w:rsidR="0037227F" w:rsidRDefault="0037227F" w:rsidP="0053153C">
            <w:pPr>
              <w:spacing w:after="0"/>
            </w:pPr>
          </w:p>
        </w:tc>
      </w:tr>
      <w:tr w:rsidR="0037227F" w14:paraId="1063475C"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778BFE3" w14:textId="77777777" w:rsidR="0037227F" w:rsidRDefault="00000000" w:rsidP="0053153C">
            <w:pPr>
              <w:spacing w:after="0"/>
            </w:pPr>
            <w:r>
              <w:rPr>
                <w:sz w:val="16"/>
              </w:rPr>
              <w:t>Acceptance date</w:t>
            </w:r>
          </w:p>
        </w:tc>
        <w:tc>
          <w:tcPr>
            <w:tcW w:w="555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E6629ED" w14:textId="77777777" w:rsidR="0037227F" w:rsidRDefault="0037227F" w:rsidP="0053153C">
            <w:pPr>
              <w:spacing w:after="0"/>
            </w:pPr>
          </w:p>
        </w:tc>
      </w:tr>
      <w:tr w:rsidR="0037227F" w14:paraId="62CF8640"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BB55B3B" w14:textId="77777777" w:rsidR="0037227F" w:rsidRDefault="00000000" w:rsidP="0053153C">
            <w:pPr>
              <w:spacing w:after="0"/>
            </w:pPr>
            <w:r>
              <w:rPr>
                <w:sz w:val="16"/>
              </w:rPr>
              <w:t>Planned publication date</w:t>
            </w:r>
          </w:p>
        </w:tc>
        <w:tc>
          <w:tcPr>
            <w:tcW w:w="555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779B2DD" w14:textId="77777777" w:rsidR="0037227F" w:rsidRDefault="0037227F" w:rsidP="0053153C">
            <w:pPr>
              <w:spacing w:after="0"/>
            </w:pPr>
          </w:p>
        </w:tc>
      </w:tr>
      <w:tr w:rsidR="0037227F" w14:paraId="505FDACC"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E5E2768" w14:textId="77777777" w:rsidR="0037227F" w:rsidRDefault="00000000" w:rsidP="0053153C">
            <w:pPr>
              <w:spacing w:after="0"/>
            </w:pPr>
            <w:r>
              <w:rPr>
                <w:sz w:val="16"/>
              </w:rPr>
              <w:t>ISSN</w:t>
            </w:r>
          </w:p>
        </w:tc>
        <w:tc>
          <w:tcPr>
            <w:tcW w:w="555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D1A98AD" w14:textId="77777777" w:rsidR="0037227F" w:rsidRDefault="00000000" w:rsidP="0053153C">
            <w:pPr>
              <w:spacing w:after="0"/>
            </w:pPr>
            <w:r>
              <w:rPr>
                <w:sz w:val="16"/>
              </w:rPr>
              <w:t>Pending / journal controlled</w:t>
            </w:r>
          </w:p>
        </w:tc>
      </w:tr>
      <w:tr w:rsidR="0037227F" w14:paraId="664CA3E9"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859958F" w14:textId="77777777" w:rsidR="0037227F" w:rsidRDefault="00000000" w:rsidP="0053153C">
            <w:pPr>
              <w:spacing w:after="0"/>
            </w:pPr>
            <w:r>
              <w:rPr>
                <w:sz w:val="16"/>
              </w:rPr>
              <w:t>DOI</w:t>
            </w:r>
          </w:p>
        </w:tc>
        <w:tc>
          <w:tcPr>
            <w:tcW w:w="555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FCB536E" w14:textId="77777777" w:rsidR="0037227F" w:rsidRDefault="00000000" w:rsidP="0053153C">
            <w:pPr>
              <w:spacing w:after="0"/>
            </w:pPr>
            <w:r>
              <w:rPr>
                <w:sz w:val="16"/>
              </w:rPr>
              <w:t>Pending / journal controlled</w:t>
            </w:r>
          </w:p>
        </w:tc>
      </w:tr>
    </w:tbl>
    <w:tbl>
      <w:tblPr>
        <w:tblW w:w="0" w:type="auto"/>
        <w:jc w:val="center"/>
        <w:tblLook w:val="04A0" w:firstRow="1" w:lastRow="0" w:firstColumn="1" w:lastColumn="0" w:noHBand="0" w:noVBand="1"/>
      </w:tblPr>
      <w:tblGrid>
        <w:gridCol w:w="10123"/>
      </w:tblGrid>
      <w:tr w:rsidR="0037227F" w14:paraId="198FADA1" w14:textId="77777777">
        <w:trPr>
          <w:tblHeader/>
          <w:jc w:val="center"/>
        </w:trPr>
        <w:tc>
          <w:tcPr>
            <w:tcW w:w="10123" w:type="dxa"/>
            <w:tcBorders>
              <w:top w:val="single" w:sz="10" w:space="0" w:color="C99718"/>
              <w:left w:val="single" w:sz="10" w:space="0" w:color="C99718"/>
              <w:bottom w:val="single" w:sz="10" w:space="0" w:color="C99718"/>
              <w:right w:val="single" w:sz="10" w:space="0" w:color="C99718"/>
            </w:tcBorders>
            <w:shd w:val="clear" w:color="auto" w:fill="FFF8D8"/>
            <w:tcMar>
              <w:top w:w="120" w:type="dxa"/>
              <w:left w:w="130" w:type="dxa"/>
              <w:bottom w:w="120" w:type="dxa"/>
              <w:right w:w="130" w:type="dxa"/>
            </w:tcMar>
          </w:tcPr>
          <w:p w14:paraId="253912B7" w14:textId="77777777" w:rsidR="0037227F" w:rsidRDefault="00000000" w:rsidP="0053153C">
            <w:pPr>
              <w:spacing w:after="0"/>
            </w:pPr>
            <w:r>
              <w:rPr>
                <w:b/>
                <w:color w:val="071A45"/>
                <w:sz w:val="19"/>
              </w:rPr>
              <w:t>STANDARD AUTHOR LIMIT</w:t>
            </w:r>
            <w:r>
              <w:rPr>
                <w:b/>
                <w:color w:val="071A45"/>
                <w:sz w:val="19"/>
              </w:rPr>
              <w:br/>
            </w:r>
            <w:r>
              <w:rPr>
                <w:sz w:val="18"/>
              </w:rPr>
              <w:t>This agreement captures up to 12 individually named authors. More than 12 qualifying authors require prior editor approval and the Large-Collaboration Authorship Continuation Sheet or an approved group-authorship record. Every qualifying author must be represented in the final publication record.</w:t>
            </w:r>
          </w:p>
        </w:tc>
      </w:tr>
    </w:tbl>
    <w:p w14:paraId="3804C757" w14:textId="77777777" w:rsidR="0037227F" w:rsidRDefault="00000000" w:rsidP="0053153C">
      <w:pPr>
        <w:pStyle w:val="Heading1"/>
        <w:spacing w:after="0"/>
      </w:pPr>
      <w:r>
        <w:t>B · Author register (maximum 12 standard byline authors)</w:t>
      </w:r>
    </w:p>
    <w:tbl>
      <w:tblPr>
        <w:tblW w:w="11328" w:type="dxa"/>
        <w:jc w:val="center"/>
        <w:tblLayout w:type="fixed"/>
        <w:tblLook w:val="04A0" w:firstRow="1" w:lastRow="0" w:firstColumn="1" w:lastColumn="0" w:noHBand="0" w:noVBand="1"/>
      </w:tblPr>
      <w:tblGrid>
        <w:gridCol w:w="2025"/>
        <w:gridCol w:w="2736"/>
        <w:gridCol w:w="2520"/>
        <w:gridCol w:w="2232"/>
        <w:gridCol w:w="1815"/>
      </w:tblGrid>
      <w:tr w:rsidR="0037227F" w14:paraId="5DABD2BC" w14:textId="77777777" w:rsidTr="0053153C">
        <w:trPr>
          <w:tblHeader/>
          <w:jc w:val="center"/>
        </w:trPr>
        <w:tc>
          <w:tcPr>
            <w:tcW w:w="2025" w:type="dxa"/>
            <w:shd w:val="clear" w:color="auto" w:fill="071A45"/>
            <w:tcMar>
              <w:top w:w="70" w:type="dxa"/>
              <w:left w:w="70" w:type="dxa"/>
              <w:bottom w:w="70" w:type="dxa"/>
              <w:right w:w="70" w:type="dxa"/>
            </w:tcMar>
            <w:vAlign w:val="center"/>
          </w:tcPr>
          <w:p w14:paraId="2A6023E2" w14:textId="77777777" w:rsidR="0037227F" w:rsidRDefault="00000000" w:rsidP="0053153C">
            <w:pPr>
              <w:spacing w:after="0"/>
              <w:jc w:val="center"/>
            </w:pPr>
            <w:r>
              <w:rPr>
                <w:b/>
                <w:color w:val="FFFFFF"/>
                <w:sz w:val="14"/>
              </w:rPr>
              <w:t>#</w:t>
            </w:r>
          </w:p>
        </w:tc>
        <w:tc>
          <w:tcPr>
            <w:tcW w:w="2736" w:type="dxa"/>
            <w:shd w:val="clear" w:color="auto" w:fill="071A45"/>
            <w:tcMar>
              <w:top w:w="70" w:type="dxa"/>
              <w:left w:w="70" w:type="dxa"/>
              <w:bottom w:w="70" w:type="dxa"/>
              <w:right w:w="70" w:type="dxa"/>
            </w:tcMar>
            <w:vAlign w:val="center"/>
          </w:tcPr>
          <w:p w14:paraId="454D4F52" w14:textId="77777777" w:rsidR="0037227F" w:rsidRDefault="00000000" w:rsidP="0053153C">
            <w:pPr>
              <w:spacing w:after="0"/>
              <w:jc w:val="center"/>
            </w:pPr>
            <w:r>
              <w:rPr>
                <w:b/>
                <w:color w:val="FFFFFF"/>
                <w:sz w:val="14"/>
              </w:rPr>
              <w:t>Full legal name</w:t>
            </w:r>
          </w:p>
        </w:tc>
        <w:tc>
          <w:tcPr>
            <w:tcW w:w="2520" w:type="dxa"/>
            <w:shd w:val="clear" w:color="auto" w:fill="071A45"/>
            <w:tcMar>
              <w:top w:w="70" w:type="dxa"/>
              <w:left w:w="70" w:type="dxa"/>
              <w:bottom w:w="70" w:type="dxa"/>
              <w:right w:w="70" w:type="dxa"/>
            </w:tcMar>
            <w:vAlign w:val="center"/>
          </w:tcPr>
          <w:p w14:paraId="41E8DBCC" w14:textId="77777777" w:rsidR="0037227F" w:rsidRDefault="00000000" w:rsidP="0053153C">
            <w:pPr>
              <w:spacing w:after="0"/>
              <w:jc w:val="center"/>
            </w:pPr>
            <w:r>
              <w:rPr>
                <w:b/>
                <w:color w:val="FFFFFF"/>
                <w:sz w:val="14"/>
              </w:rPr>
              <w:t>Publication name</w:t>
            </w:r>
          </w:p>
        </w:tc>
        <w:tc>
          <w:tcPr>
            <w:tcW w:w="2232" w:type="dxa"/>
            <w:shd w:val="clear" w:color="auto" w:fill="071A45"/>
            <w:tcMar>
              <w:top w:w="70" w:type="dxa"/>
              <w:left w:w="70" w:type="dxa"/>
              <w:bottom w:w="70" w:type="dxa"/>
              <w:right w:w="70" w:type="dxa"/>
            </w:tcMar>
            <w:vAlign w:val="center"/>
          </w:tcPr>
          <w:p w14:paraId="1D45073D" w14:textId="77777777" w:rsidR="0037227F" w:rsidRDefault="00000000" w:rsidP="0053153C">
            <w:pPr>
              <w:spacing w:after="0"/>
              <w:jc w:val="center"/>
            </w:pPr>
            <w:r>
              <w:rPr>
                <w:b/>
                <w:color w:val="FFFFFF"/>
                <w:sz w:val="14"/>
              </w:rPr>
              <w:t>ORCID iD</w:t>
            </w:r>
          </w:p>
        </w:tc>
        <w:tc>
          <w:tcPr>
            <w:tcW w:w="1815" w:type="dxa"/>
            <w:shd w:val="clear" w:color="auto" w:fill="071A45"/>
            <w:tcMar>
              <w:top w:w="70" w:type="dxa"/>
              <w:left w:w="70" w:type="dxa"/>
              <w:bottom w:w="70" w:type="dxa"/>
              <w:right w:w="70" w:type="dxa"/>
            </w:tcMar>
            <w:vAlign w:val="center"/>
          </w:tcPr>
          <w:p w14:paraId="7C3378BD" w14:textId="77777777" w:rsidR="0037227F" w:rsidRDefault="00000000" w:rsidP="0053153C">
            <w:pPr>
              <w:spacing w:after="0"/>
              <w:jc w:val="center"/>
            </w:pPr>
            <w:r>
              <w:rPr>
                <w:b/>
                <w:color w:val="FFFFFF"/>
                <w:sz w:val="14"/>
              </w:rPr>
              <w:t>Affil. no.</w:t>
            </w:r>
          </w:p>
        </w:tc>
      </w:tr>
      <w:tr w:rsidR="0037227F" w14:paraId="198E1914"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3C05BAD" w14:textId="77777777" w:rsidR="0037227F" w:rsidRDefault="00000000" w:rsidP="0053153C">
            <w:pPr>
              <w:spacing w:after="0"/>
            </w:pPr>
            <w:r>
              <w:rPr>
                <w:sz w:val="14"/>
              </w:rPr>
              <w:t>1</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589CC79"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2760284"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44B6382"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B355F1A" w14:textId="77777777" w:rsidR="0037227F" w:rsidRDefault="0037227F" w:rsidP="0053153C">
            <w:pPr>
              <w:spacing w:after="0"/>
            </w:pPr>
          </w:p>
        </w:tc>
      </w:tr>
      <w:tr w:rsidR="0037227F" w14:paraId="713D0C5D"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B64C351" w14:textId="77777777" w:rsidR="0037227F" w:rsidRDefault="00000000" w:rsidP="0053153C">
            <w:pPr>
              <w:spacing w:after="0"/>
            </w:pPr>
            <w:r>
              <w:rPr>
                <w:sz w:val="14"/>
              </w:rPr>
              <w:t>2</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3A5FD53"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1F43F94"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237F638"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7ED9A15" w14:textId="77777777" w:rsidR="0037227F" w:rsidRDefault="0037227F" w:rsidP="0053153C">
            <w:pPr>
              <w:spacing w:after="0"/>
            </w:pPr>
          </w:p>
        </w:tc>
      </w:tr>
      <w:tr w:rsidR="0037227F" w14:paraId="03D6F19A"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E104BFD" w14:textId="77777777" w:rsidR="0037227F" w:rsidRDefault="00000000" w:rsidP="0053153C">
            <w:pPr>
              <w:spacing w:after="0"/>
            </w:pPr>
            <w:r>
              <w:rPr>
                <w:sz w:val="14"/>
              </w:rPr>
              <w:t>3</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23FFAA8"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B7FDF63"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3A9C970"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3A17374" w14:textId="77777777" w:rsidR="0037227F" w:rsidRDefault="0037227F" w:rsidP="0053153C">
            <w:pPr>
              <w:spacing w:after="0"/>
            </w:pPr>
          </w:p>
        </w:tc>
      </w:tr>
      <w:tr w:rsidR="0037227F" w14:paraId="43D71EEC"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7FF46DB" w14:textId="77777777" w:rsidR="0037227F" w:rsidRDefault="00000000" w:rsidP="0053153C">
            <w:pPr>
              <w:spacing w:after="0"/>
            </w:pPr>
            <w:r>
              <w:rPr>
                <w:sz w:val="14"/>
              </w:rPr>
              <w:t>4</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74E3C50"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F6CB377"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82D8D03"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6876914" w14:textId="77777777" w:rsidR="0037227F" w:rsidRDefault="0037227F" w:rsidP="0053153C">
            <w:pPr>
              <w:spacing w:after="0"/>
            </w:pPr>
          </w:p>
        </w:tc>
      </w:tr>
      <w:tr w:rsidR="0037227F" w14:paraId="6035CF70"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ECA2AE9" w14:textId="77777777" w:rsidR="0037227F" w:rsidRDefault="00000000" w:rsidP="0053153C">
            <w:pPr>
              <w:spacing w:after="0"/>
            </w:pPr>
            <w:r>
              <w:rPr>
                <w:sz w:val="14"/>
              </w:rPr>
              <w:t>5</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CDD0B0F"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6FDECD4"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6736B91"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4F25865" w14:textId="77777777" w:rsidR="0037227F" w:rsidRDefault="0037227F" w:rsidP="0053153C">
            <w:pPr>
              <w:spacing w:after="0"/>
            </w:pPr>
          </w:p>
        </w:tc>
      </w:tr>
      <w:tr w:rsidR="0037227F" w14:paraId="554EDD12"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B63F719" w14:textId="77777777" w:rsidR="0037227F" w:rsidRDefault="00000000" w:rsidP="0053153C">
            <w:pPr>
              <w:spacing w:after="0"/>
            </w:pPr>
            <w:r>
              <w:rPr>
                <w:sz w:val="14"/>
              </w:rPr>
              <w:t>6</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50B33C8"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9CE2DE3"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5C33A14"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D97D839" w14:textId="77777777" w:rsidR="0037227F" w:rsidRDefault="0037227F" w:rsidP="0053153C">
            <w:pPr>
              <w:spacing w:after="0"/>
            </w:pPr>
          </w:p>
        </w:tc>
      </w:tr>
      <w:tr w:rsidR="0037227F" w14:paraId="16059300"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D83D7A0" w14:textId="77777777" w:rsidR="0037227F" w:rsidRDefault="00000000" w:rsidP="0053153C">
            <w:pPr>
              <w:spacing w:after="0"/>
            </w:pPr>
            <w:r>
              <w:rPr>
                <w:sz w:val="14"/>
              </w:rPr>
              <w:t>7</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5F3F808"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B7F1BC2"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6589494"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F48C6F6" w14:textId="77777777" w:rsidR="0037227F" w:rsidRDefault="0037227F" w:rsidP="0053153C">
            <w:pPr>
              <w:spacing w:after="0"/>
            </w:pPr>
          </w:p>
        </w:tc>
      </w:tr>
      <w:tr w:rsidR="0037227F" w14:paraId="2B0A754C"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EE53359" w14:textId="77777777" w:rsidR="0037227F" w:rsidRDefault="00000000" w:rsidP="0053153C">
            <w:pPr>
              <w:spacing w:after="0"/>
            </w:pPr>
            <w:r>
              <w:rPr>
                <w:sz w:val="14"/>
              </w:rPr>
              <w:t>8</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9EFE10E"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299BC84"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EE1D30B"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86A2496" w14:textId="77777777" w:rsidR="0037227F" w:rsidRDefault="0037227F" w:rsidP="0053153C">
            <w:pPr>
              <w:spacing w:after="0"/>
            </w:pPr>
          </w:p>
        </w:tc>
      </w:tr>
      <w:tr w:rsidR="0037227F" w14:paraId="71CB2344"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B42A02D" w14:textId="77777777" w:rsidR="0037227F" w:rsidRDefault="00000000" w:rsidP="0053153C">
            <w:pPr>
              <w:spacing w:after="0"/>
            </w:pPr>
            <w:r>
              <w:rPr>
                <w:sz w:val="14"/>
              </w:rPr>
              <w:t>9</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607C7B2"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384E058"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B9F39EE"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67E2E83" w14:textId="77777777" w:rsidR="0037227F" w:rsidRDefault="0037227F" w:rsidP="0053153C">
            <w:pPr>
              <w:spacing w:after="0"/>
            </w:pPr>
          </w:p>
        </w:tc>
      </w:tr>
      <w:tr w:rsidR="0037227F" w14:paraId="5F49362A"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914D314" w14:textId="77777777" w:rsidR="0037227F" w:rsidRDefault="00000000" w:rsidP="0053153C">
            <w:pPr>
              <w:spacing w:after="0"/>
            </w:pPr>
            <w:r>
              <w:rPr>
                <w:sz w:val="14"/>
              </w:rPr>
              <w:t>10</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EF264FB"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418CC4C"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66254A8"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5566ABB" w14:textId="77777777" w:rsidR="0037227F" w:rsidRDefault="0037227F" w:rsidP="0053153C">
            <w:pPr>
              <w:spacing w:after="0"/>
            </w:pPr>
          </w:p>
        </w:tc>
      </w:tr>
      <w:tr w:rsidR="0037227F" w14:paraId="38AC6E78"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6AFC5DF" w14:textId="77777777" w:rsidR="0037227F" w:rsidRDefault="00000000" w:rsidP="0053153C">
            <w:pPr>
              <w:spacing w:after="0"/>
            </w:pPr>
            <w:r>
              <w:rPr>
                <w:sz w:val="14"/>
              </w:rPr>
              <w:t>11</w:t>
            </w:r>
          </w:p>
        </w:tc>
        <w:tc>
          <w:tcPr>
            <w:tcW w:w="273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046C2F7"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5B27E75"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BAA2ABF"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A368581" w14:textId="77777777" w:rsidR="0037227F" w:rsidRDefault="0037227F" w:rsidP="0053153C">
            <w:pPr>
              <w:spacing w:after="0"/>
            </w:pPr>
          </w:p>
        </w:tc>
      </w:tr>
      <w:tr w:rsidR="0037227F" w14:paraId="104FFD2C" w14:textId="77777777" w:rsidTr="0053153C">
        <w:trPr>
          <w:jc w:val="center"/>
        </w:trPr>
        <w:tc>
          <w:tcPr>
            <w:tcW w:w="202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A16CBCF" w14:textId="77777777" w:rsidR="0037227F" w:rsidRDefault="00000000" w:rsidP="0053153C">
            <w:pPr>
              <w:spacing w:after="0"/>
            </w:pPr>
            <w:r>
              <w:rPr>
                <w:sz w:val="14"/>
              </w:rPr>
              <w:t>12</w:t>
            </w:r>
          </w:p>
        </w:tc>
        <w:tc>
          <w:tcPr>
            <w:tcW w:w="273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7959259" w14:textId="77777777" w:rsidR="0037227F" w:rsidRDefault="0037227F" w:rsidP="0053153C">
            <w:pPr>
              <w:spacing w:after="0"/>
            </w:pPr>
          </w:p>
        </w:tc>
        <w:tc>
          <w:tcPr>
            <w:tcW w:w="25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01C4B7A" w14:textId="77777777" w:rsidR="0037227F" w:rsidRDefault="0037227F" w:rsidP="0053153C">
            <w:pPr>
              <w:spacing w:after="0"/>
            </w:pPr>
          </w:p>
        </w:tc>
        <w:tc>
          <w:tcPr>
            <w:tcW w:w="223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8887DC9" w14:textId="77777777" w:rsidR="0037227F" w:rsidRDefault="0037227F" w:rsidP="0053153C">
            <w:pPr>
              <w:spacing w:after="0"/>
            </w:pPr>
          </w:p>
        </w:tc>
        <w:tc>
          <w:tcPr>
            <w:tcW w:w="1815"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74E423C" w14:textId="77777777" w:rsidR="0037227F" w:rsidRDefault="0037227F" w:rsidP="0053153C">
            <w:pPr>
              <w:spacing w:after="0"/>
            </w:pPr>
          </w:p>
        </w:tc>
      </w:tr>
    </w:tbl>
    <w:p w14:paraId="67B040BF" w14:textId="77777777" w:rsidR="0037227F" w:rsidRDefault="00000000" w:rsidP="0053153C">
      <w:pPr>
        <w:pStyle w:val="Heading1"/>
        <w:spacing w:after="0"/>
      </w:pPr>
      <w:r>
        <w:t>C · Author contact and signature register</w:t>
      </w:r>
    </w:p>
    <w:tbl>
      <w:tblPr>
        <w:tblW w:w="11360" w:type="dxa"/>
        <w:jc w:val="center"/>
        <w:tblLayout w:type="fixed"/>
        <w:tblLook w:val="04A0" w:firstRow="1" w:lastRow="0" w:firstColumn="1" w:lastColumn="0" w:noHBand="0" w:noVBand="1"/>
      </w:tblPr>
      <w:tblGrid>
        <w:gridCol w:w="2531"/>
        <w:gridCol w:w="3168"/>
        <w:gridCol w:w="3024"/>
        <w:gridCol w:w="2637"/>
      </w:tblGrid>
      <w:tr w:rsidR="0037227F" w14:paraId="300354AA" w14:textId="77777777" w:rsidTr="0053153C">
        <w:trPr>
          <w:tblHeader/>
          <w:jc w:val="center"/>
        </w:trPr>
        <w:tc>
          <w:tcPr>
            <w:tcW w:w="2531" w:type="dxa"/>
            <w:shd w:val="clear" w:color="auto" w:fill="071A45"/>
            <w:tcMar>
              <w:top w:w="70" w:type="dxa"/>
              <w:left w:w="70" w:type="dxa"/>
              <w:bottom w:w="70" w:type="dxa"/>
              <w:right w:w="70" w:type="dxa"/>
            </w:tcMar>
            <w:vAlign w:val="center"/>
          </w:tcPr>
          <w:p w14:paraId="6FB0CF54" w14:textId="0B45CD13" w:rsidR="0037227F" w:rsidRDefault="0053153C" w:rsidP="0053153C">
            <w:pPr>
              <w:spacing w:after="0"/>
              <w:jc w:val="center"/>
            </w:pPr>
            <w:r>
              <w:rPr>
                <w:b/>
                <w:color w:val="FFFFFF"/>
                <w:sz w:val="15"/>
              </w:rPr>
              <w:t>Legal Name</w:t>
            </w:r>
          </w:p>
        </w:tc>
        <w:tc>
          <w:tcPr>
            <w:tcW w:w="3168" w:type="dxa"/>
            <w:shd w:val="clear" w:color="auto" w:fill="071A45"/>
            <w:tcMar>
              <w:top w:w="70" w:type="dxa"/>
              <w:left w:w="70" w:type="dxa"/>
              <w:bottom w:w="70" w:type="dxa"/>
              <w:right w:w="70" w:type="dxa"/>
            </w:tcMar>
            <w:vAlign w:val="center"/>
          </w:tcPr>
          <w:p w14:paraId="6D0EB197" w14:textId="77777777" w:rsidR="0037227F" w:rsidRDefault="00000000" w:rsidP="0053153C">
            <w:pPr>
              <w:spacing w:after="0"/>
              <w:jc w:val="center"/>
            </w:pPr>
            <w:r>
              <w:rPr>
                <w:b/>
                <w:color w:val="FFFFFF"/>
                <w:sz w:val="15"/>
              </w:rPr>
              <w:t>Email</w:t>
            </w:r>
          </w:p>
        </w:tc>
        <w:tc>
          <w:tcPr>
            <w:tcW w:w="3024" w:type="dxa"/>
            <w:shd w:val="clear" w:color="auto" w:fill="071A45"/>
            <w:tcMar>
              <w:top w:w="70" w:type="dxa"/>
              <w:left w:w="70" w:type="dxa"/>
              <w:bottom w:w="70" w:type="dxa"/>
              <w:right w:w="70" w:type="dxa"/>
            </w:tcMar>
            <w:vAlign w:val="center"/>
          </w:tcPr>
          <w:p w14:paraId="67BFD33B" w14:textId="77777777" w:rsidR="0037227F" w:rsidRDefault="00000000" w:rsidP="0053153C">
            <w:pPr>
              <w:spacing w:after="0"/>
              <w:jc w:val="center"/>
            </w:pPr>
            <w:r>
              <w:rPr>
                <w:b/>
                <w:color w:val="FFFFFF"/>
                <w:sz w:val="15"/>
              </w:rPr>
              <w:t>Telephone / country</w:t>
            </w:r>
          </w:p>
        </w:tc>
        <w:tc>
          <w:tcPr>
            <w:tcW w:w="2637" w:type="dxa"/>
            <w:shd w:val="clear" w:color="auto" w:fill="071A45"/>
            <w:tcMar>
              <w:top w:w="70" w:type="dxa"/>
              <w:left w:w="70" w:type="dxa"/>
              <w:bottom w:w="70" w:type="dxa"/>
              <w:right w:w="70" w:type="dxa"/>
            </w:tcMar>
            <w:vAlign w:val="center"/>
          </w:tcPr>
          <w:p w14:paraId="4517757F" w14:textId="77777777" w:rsidR="0037227F" w:rsidRDefault="00000000" w:rsidP="0053153C">
            <w:pPr>
              <w:spacing w:after="0"/>
              <w:jc w:val="center"/>
            </w:pPr>
            <w:r>
              <w:rPr>
                <w:b/>
                <w:color w:val="FFFFFF"/>
                <w:sz w:val="15"/>
              </w:rPr>
              <w:t>Signature &amp; date</w:t>
            </w:r>
          </w:p>
        </w:tc>
      </w:tr>
      <w:tr w:rsidR="0037227F" w14:paraId="08D12332"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AD3DB32" w14:textId="77777777" w:rsidR="0037227F" w:rsidRDefault="00000000" w:rsidP="0053153C">
            <w:pPr>
              <w:spacing w:after="0"/>
            </w:pPr>
            <w:r>
              <w:rPr>
                <w:sz w:val="15"/>
              </w:rPr>
              <w:t>1</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C8CD40B"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1AFA3C1"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A2A0366" w14:textId="77777777" w:rsidR="0037227F" w:rsidRDefault="0037227F" w:rsidP="0053153C">
            <w:pPr>
              <w:spacing w:after="0"/>
            </w:pPr>
          </w:p>
        </w:tc>
      </w:tr>
      <w:tr w:rsidR="0037227F" w14:paraId="7B2F895B"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A3FDF0C" w14:textId="77777777" w:rsidR="0037227F" w:rsidRDefault="00000000" w:rsidP="0053153C">
            <w:pPr>
              <w:spacing w:after="0"/>
            </w:pPr>
            <w:r>
              <w:rPr>
                <w:sz w:val="15"/>
              </w:rPr>
              <w:t>2</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F5CBDCD"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3EA57A3"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030CCD9" w14:textId="77777777" w:rsidR="0037227F" w:rsidRDefault="0037227F" w:rsidP="0053153C">
            <w:pPr>
              <w:spacing w:after="0"/>
            </w:pPr>
          </w:p>
        </w:tc>
      </w:tr>
      <w:tr w:rsidR="0037227F" w14:paraId="4838700C"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9B550CE" w14:textId="77777777" w:rsidR="0037227F" w:rsidRDefault="00000000" w:rsidP="0053153C">
            <w:pPr>
              <w:spacing w:after="0"/>
            </w:pPr>
            <w:r>
              <w:rPr>
                <w:sz w:val="15"/>
              </w:rPr>
              <w:t>3</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BE9ECA3"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8282872"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7A46161" w14:textId="77777777" w:rsidR="0037227F" w:rsidRDefault="0037227F" w:rsidP="0053153C">
            <w:pPr>
              <w:spacing w:after="0"/>
            </w:pPr>
          </w:p>
        </w:tc>
      </w:tr>
      <w:tr w:rsidR="0037227F" w14:paraId="68E1507D"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82F63D6" w14:textId="77777777" w:rsidR="0037227F" w:rsidRDefault="00000000" w:rsidP="0053153C">
            <w:pPr>
              <w:spacing w:after="0"/>
            </w:pPr>
            <w:r>
              <w:rPr>
                <w:sz w:val="15"/>
              </w:rPr>
              <w:t>4</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D15DCAA"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ABF2A05"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2BBC780" w14:textId="77777777" w:rsidR="0037227F" w:rsidRDefault="0037227F" w:rsidP="0053153C">
            <w:pPr>
              <w:spacing w:after="0"/>
            </w:pPr>
          </w:p>
        </w:tc>
      </w:tr>
      <w:tr w:rsidR="0037227F" w14:paraId="6C1E121A"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6D9C732" w14:textId="77777777" w:rsidR="0037227F" w:rsidRDefault="00000000" w:rsidP="0053153C">
            <w:pPr>
              <w:spacing w:after="0"/>
            </w:pPr>
            <w:r>
              <w:rPr>
                <w:sz w:val="15"/>
              </w:rPr>
              <w:t>5</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BBB7F57"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310EC98"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B5161B4" w14:textId="77777777" w:rsidR="0037227F" w:rsidRDefault="0037227F" w:rsidP="0053153C">
            <w:pPr>
              <w:spacing w:after="0"/>
            </w:pPr>
          </w:p>
        </w:tc>
      </w:tr>
      <w:tr w:rsidR="0037227F" w14:paraId="2184E83C"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8A955DF" w14:textId="77777777" w:rsidR="0037227F" w:rsidRDefault="00000000" w:rsidP="0053153C">
            <w:pPr>
              <w:spacing w:after="0"/>
            </w:pPr>
            <w:r>
              <w:rPr>
                <w:sz w:val="15"/>
              </w:rPr>
              <w:lastRenderedPageBreak/>
              <w:t>6</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3503189"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68959B1"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E42BE22" w14:textId="77777777" w:rsidR="0037227F" w:rsidRDefault="0037227F" w:rsidP="0053153C">
            <w:pPr>
              <w:spacing w:after="0"/>
            </w:pPr>
          </w:p>
        </w:tc>
      </w:tr>
      <w:tr w:rsidR="0037227F" w14:paraId="746483AA"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2CDFD06" w14:textId="77777777" w:rsidR="0037227F" w:rsidRDefault="00000000" w:rsidP="0053153C">
            <w:pPr>
              <w:spacing w:after="0"/>
            </w:pPr>
            <w:r>
              <w:rPr>
                <w:sz w:val="15"/>
              </w:rPr>
              <w:t>7</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3707DA3"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D90A15E"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08B8B1C" w14:textId="77777777" w:rsidR="0037227F" w:rsidRDefault="0037227F" w:rsidP="0053153C">
            <w:pPr>
              <w:spacing w:after="0"/>
            </w:pPr>
          </w:p>
        </w:tc>
      </w:tr>
      <w:tr w:rsidR="0037227F" w14:paraId="7C6B54F3"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F1C106F" w14:textId="77777777" w:rsidR="0037227F" w:rsidRDefault="00000000" w:rsidP="0053153C">
            <w:pPr>
              <w:spacing w:after="0"/>
            </w:pPr>
            <w:r>
              <w:rPr>
                <w:sz w:val="15"/>
              </w:rPr>
              <w:t>8</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2AF5FF3"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D0096CA"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AA58EFD" w14:textId="77777777" w:rsidR="0037227F" w:rsidRDefault="0037227F" w:rsidP="0053153C">
            <w:pPr>
              <w:spacing w:after="0"/>
            </w:pPr>
          </w:p>
        </w:tc>
      </w:tr>
      <w:tr w:rsidR="0037227F" w14:paraId="1034B1E4"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CA6F4B3" w14:textId="77777777" w:rsidR="0037227F" w:rsidRDefault="00000000" w:rsidP="0053153C">
            <w:pPr>
              <w:spacing w:after="0"/>
            </w:pPr>
            <w:r>
              <w:rPr>
                <w:sz w:val="15"/>
              </w:rPr>
              <w:t>9</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C064BC5"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895AF1D"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16BD0C4" w14:textId="77777777" w:rsidR="0037227F" w:rsidRDefault="0037227F" w:rsidP="0053153C">
            <w:pPr>
              <w:spacing w:after="0"/>
            </w:pPr>
          </w:p>
        </w:tc>
      </w:tr>
      <w:tr w:rsidR="0037227F" w14:paraId="2EE96619"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09944A1" w14:textId="77777777" w:rsidR="0037227F" w:rsidRDefault="00000000" w:rsidP="0053153C">
            <w:pPr>
              <w:spacing w:after="0"/>
            </w:pPr>
            <w:r>
              <w:rPr>
                <w:sz w:val="15"/>
              </w:rPr>
              <w:t>10</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2EAB54C"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139F22A"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70BE8A9" w14:textId="77777777" w:rsidR="0037227F" w:rsidRDefault="0037227F" w:rsidP="0053153C">
            <w:pPr>
              <w:spacing w:after="0"/>
            </w:pPr>
          </w:p>
        </w:tc>
      </w:tr>
      <w:tr w:rsidR="0037227F" w14:paraId="07ACC287"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AFEAA98" w14:textId="77777777" w:rsidR="0037227F" w:rsidRDefault="00000000" w:rsidP="0053153C">
            <w:pPr>
              <w:spacing w:after="0"/>
            </w:pPr>
            <w:r>
              <w:rPr>
                <w:sz w:val="15"/>
              </w:rPr>
              <w:t>11</w:t>
            </w:r>
          </w:p>
        </w:tc>
        <w:tc>
          <w:tcPr>
            <w:tcW w:w="31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6E35712"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A901CCF"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5AE3826" w14:textId="77777777" w:rsidR="0037227F" w:rsidRDefault="0037227F" w:rsidP="0053153C">
            <w:pPr>
              <w:spacing w:after="0"/>
            </w:pPr>
          </w:p>
        </w:tc>
      </w:tr>
      <w:tr w:rsidR="0037227F" w14:paraId="0E2E5C1D" w14:textId="77777777" w:rsidTr="0053153C">
        <w:trPr>
          <w:jc w:val="center"/>
        </w:trPr>
        <w:tc>
          <w:tcPr>
            <w:tcW w:w="253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9AF7BC7" w14:textId="77777777" w:rsidR="0037227F" w:rsidRDefault="00000000" w:rsidP="0053153C">
            <w:pPr>
              <w:spacing w:after="0"/>
            </w:pPr>
            <w:r>
              <w:rPr>
                <w:sz w:val="15"/>
              </w:rPr>
              <w:t>12</w:t>
            </w:r>
          </w:p>
        </w:tc>
        <w:tc>
          <w:tcPr>
            <w:tcW w:w="31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C2C46C1" w14:textId="77777777" w:rsidR="0037227F" w:rsidRDefault="0037227F" w:rsidP="0053153C">
            <w:pPr>
              <w:spacing w:after="0"/>
            </w:pPr>
          </w:p>
        </w:tc>
        <w:tc>
          <w:tcPr>
            <w:tcW w:w="302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9A31C33" w14:textId="77777777" w:rsidR="0037227F" w:rsidRDefault="0037227F" w:rsidP="0053153C">
            <w:pPr>
              <w:spacing w:after="0"/>
            </w:pPr>
          </w:p>
        </w:tc>
        <w:tc>
          <w:tcPr>
            <w:tcW w:w="2637"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17DB24F" w14:textId="77777777" w:rsidR="0037227F" w:rsidRDefault="0037227F" w:rsidP="0053153C">
            <w:pPr>
              <w:spacing w:after="0"/>
            </w:pPr>
          </w:p>
        </w:tc>
      </w:tr>
    </w:tbl>
    <w:p w14:paraId="23908F17" w14:textId="77777777" w:rsidR="0037227F" w:rsidRDefault="00000000" w:rsidP="0053153C">
      <w:pPr>
        <w:pStyle w:val="Heading1"/>
        <w:spacing w:after="0"/>
      </w:pPr>
      <w:r>
        <w:t>D · Affiliation key</w:t>
      </w:r>
    </w:p>
    <w:tbl>
      <w:tblPr>
        <w:tblW w:w="10890" w:type="dxa"/>
        <w:jc w:val="center"/>
        <w:tblLayout w:type="fixed"/>
        <w:tblLook w:val="04A0" w:firstRow="1" w:lastRow="0" w:firstColumn="1" w:lastColumn="0" w:noHBand="0" w:noVBand="1"/>
      </w:tblPr>
      <w:tblGrid>
        <w:gridCol w:w="5061"/>
        <w:gridCol w:w="5829"/>
      </w:tblGrid>
      <w:tr w:rsidR="0037227F" w14:paraId="6C0B6A2F" w14:textId="77777777" w:rsidTr="0053153C">
        <w:trPr>
          <w:tblHeader/>
          <w:jc w:val="center"/>
        </w:trPr>
        <w:tc>
          <w:tcPr>
            <w:tcW w:w="5061" w:type="dxa"/>
            <w:shd w:val="clear" w:color="auto" w:fill="071A45"/>
            <w:tcMar>
              <w:top w:w="70" w:type="dxa"/>
              <w:left w:w="70" w:type="dxa"/>
              <w:bottom w:w="70" w:type="dxa"/>
              <w:right w:w="70" w:type="dxa"/>
            </w:tcMar>
            <w:vAlign w:val="center"/>
          </w:tcPr>
          <w:p w14:paraId="7BCE34ED" w14:textId="77777777" w:rsidR="0037227F" w:rsidRDefault="00000000" w:rsidP="0053153C">
            <w:pPr>
              <w:spacing w:after="0"/>
              <w:jc w:val="center"/>
            </w:pPr>
            <w:r>
              <w:rPr>
                <w:b/>
                <w:color w:val="FFFFFF"/>
                <w:sz w:val="16"/>
              </w:rPr>
              <w:t>No.</w:t>
            </w:r>
          </w:p>
        </w:tc>
        <w:tc>
          <w:tcPr>
            <w:tcW w:w="5829" w:type="dxa"/>
            <w:shd w:val="clear" w:color="auto" w:fill="071A45"/>
            <w:tcMar>
              <w:top w:w="70" w:type="dxa"/>
              <w:left w:w="70" w:type="dxa"/>
              <w:bottom w:w="70" w:type="dxa"/>
              <w:right w:w="70" w:type="dxa"/>
            </w:tcMar>
            <w:vAlign w:val="center"/>
          </w:tcPr>
          <w:p w14:paraId="30D1648E" w14:textId="77777777" w:rsidR="0037227F" w:rsidRDefault="00000000" w:rsidP="0053153C">
            <w:pPr>
              <w:spacing w:after="0"/>
              <w:jc w:val="center"/>
            </w:pPr>
            <w:r>
              <w:rPr>
                <w:b/>
                <w:color w:val="FFFFFF"/>
                <w:sz w:val="16"/>
              </w:rPr>
              <w:t>Department · Institution · City · State/Region · Country</w:t>
            </w:r>
          </w:p>
        </w:tc>
      </w:tr>
      <w:tr w:rsidR="0037227F" w14:paraId="5C43B050"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CF57BAC" w14:textId="77777777" w:rsidR="0037227F" w:rsidRDefault="00000000" w:rsidP="0053153C">
            <w:pPr>
              <w:spacing w:after="0"/>
            </w:pPr>
            <w:r>
              <w:rPr>
                <w:sz w:val="16"/>
              </w:rPr>
              <w:t>1</w:t>
            </w:r>
          </w:p>
        </w:tc>
        <w:tc>
          <w:tcPr>
            <w:tcW w:w="582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0962CDB" w14:textId="77777777" w:rsidR="0037227F" w:rsidRDefault="0037227F" w:rsidP="0053153C">
            <w:pPr>
              <w:spacing w:after="0"/>
            </w:pPr>
          </w:p>
        </w:tc>
      </w:tr>
      <w:tr w:rsidR="0037227F" w14:paraId="47D278B9"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BCFD657" w14:textId="77777777" w:rsidR="0037227F" w:rsidRDefault="00000000" w:rsidP="0053153C">
            <w:pPr>
              <w:spacing w:after="0"/>
            </w:pPr>
            <w:r>
              <w:rPr>
                <w:sz w:val="16"/>
              </w:rPr>
              <w:t>2</w:t>
            </w:r>
          </w:p>
        </w:tc>
        <w:tc>
          <w:tcPr>
            <w:tcW w:w="582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F5E82F2" w14:textId="77777777" w:rsidR="0037227F" w:rsidRDefault="0037227F" w:rsidP="0053153C">
            <w:pPr>
              <w:spacing w:after="0"/>
            </w:pPr>
          </w:p>
        </w:tc>
      </w:tr>
      <w:tr w:rsidR="0037227F" w14:paraId="1D1493AA"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06E1FE1" w14:textId="77777777" w:rsidR="0037227F" w:rsidRDefault="00000000" w:rsidP="0053153C">
            <w:pPr>
              <w:spacing w:after="0"/>
            </w:pPr>
            <w:r>
              <w:rPr>
                <w:sz w:val="16"/>
              </w:rPr>
              <w:t>3</w:t>
            </w:r>
          </w:p>
        </w:tc>
        <w:tc>
          <w:tcPr>
            <w:tcW w:w="582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BC9F04D" w14:textId="77777777" w:rsidR="0037227F" w:rsidRDefault="0037227F" w:rsidP="0053153C">
            <w:pPr>
              <w:spacing w:after="0"/>
            </w:pPr>
          </w:p>
        </w:tc>
      </w:tr>
      <w:tr w:rsidR="0037227F" w14:paraId="08E5FE43"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971A47E" w14:textId="77777777" w:rsidR="0037227F" w:rsidRDefault="00000000" w:rsidP="0053153C">
            <w:pPr>
              <w:spacing w:after="0"/>
            </w:pPr>
            <w:r>
              <w:rPr>
                <w:sz w:val="16"/>
              </w:rPr>
              <w:t>4</w:t>
            </w:r>
          </w:p>
        </w:tc>
        <w:tc>
          <w:tcPr>
            <w:tcW w:w="582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7C05767" w14:textId="77777777" w:rsidR="0037227F" w:rsidRDefault="0037227F" w:rsidP="0053153C">
            <w:pPr>
              <w:spacing w:after="0"/>
            </w:pPr>
          </w:p>
        </w:tc>
      </w:tr>
      <w:tr w:rsidR="0037227F" w14:paraId="4FD4F740"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A57FCC5" w14:textId="77777777" w:rsidR="0037227F" w:rsidRDefault="00000000" w:rsidP="0053153C">
            <w:pPr>
              <w:spacing w:after="0"/>
            </w:pPr>
            <w:r>
              <w:rPr>
                <w:sz w:val="16"/>
              </w:rPr>
              <w:t>5</w:t>
            </w:r>
          </w:p>
        </w:tc>
        <w:tc>
          <w:tcPr>
            <w:tcW w:w="582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C8906C2" w14:textId="77777777" w:rsidR="0037227F" w:rsidRDefault="0037227F" w:rsidP="0053153C">
            <w:pPr>
              <w:spacing w:after="0"/>
            </w:pPr>
          </w:p>
        </w:tc>
      </w:tr>
      <w:tr w:rsidR="0037227F" w14:paraId="57266849"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81E239F" w14:textId="77777777" w:rsidR="0037227F" w:rsidRDefault="00000000" w:rsidP="0053153C">
            <w:pPr>
              <w:spacing w:after="0"/>
            </w:pPr>
            <w:r>
              <w:rPr>
                <w:sz w:val="16"/>
              </w:rPr>
              <w:t>6</w:t>
            </w:r>
          </w:p>
        </w:tc>
        <w:tc>
          <w:tcPr>
            <w:tcW w:w="582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7496EA3" w14:textId="77777777" w:rsidR="0037227F" w:rsidRDefault="0037227F" w:rsidP="0053153C">
            <w:pPr>
              <w:spacing w:after="0"/>
            </w:pPr>
          </w:p>
        </w:tc>
      </w:tr>
      <w:tr w:rsidR="0037227F" w14:paraId="532A2205"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77BA922" w14:textId="77777777" w:rsidR="0037227F" w:rsidRDefault="00000000" w:rsidP="0053153C">
            <w:pPr>
              <w:spacing w:after="0"/>
            </w:pPr>
            <w:r>
              <w:rPr>
                <w:sz w:val="16"/>
              </w:rPr>
              <w:t>7</w:t>
            </w:r>
          </w:p>
        </w:tc>
        <w:tc>
          <w:tcPr>
            <w:tcW w:w="582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E147DC7" w14:textId="77777777" w:rsidR="0037227F" w:rsidRDefault="0037227F" w:rsidP="0053153C">
            <w:pPr>
              <w:spacing w:after="0"/>
            </w:pPr>
          </w:p>
        </w:tc>
      </w:tr>
      <w:tr w:rsidR="0037227F" w14:paraId="10CE1825"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267F4C8" w14:textId="77777777" w:rsidR="0037227F" w:rsidRDefault="00000000" w:rsidP="0053153C">
            <w:pPr>
              <w:spacing w:after="0"/>
            </w:pPr>
            <w:r>
              <w:rPr>
                <w:sz w:val="16"/>
              </w:rPr>
              <w:t>8</w:t>
            </w:r>
          </w:p>
        </w:tc>
        <w:tc>
          <w:tcPr>
            <w:tcW w:w="582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92663C4" w14:textId="77777777" w:rsidR="0037227F" w:rsidRDefault="0037227F" w:rsidP="0053153C">
            <w:pPr>
              <w:spacing w:after="0"/>
            </w:pPr>
          </w:p>
        </w:tc>
      </w:tr>
    </w:tbl>
    <w:p w14:paraId="4D80F0EC" w14:textId="77777777" w:rsidR="0037227F" w:rsidRDefault="00000000" w:rsidP="0053153C">
      <w:pPr>
        <w:spacing w:after="0"/>
      </w:pPr>
      <w:r>
        <w:br w:type="page"/>
      </w:r>
    </w:p>
    <w:p w14:paraId="66A77163" w14:textId="77777777" w:rsidR="0037227F" w:rsidRDefault="00000000" w:rsidP="0053153C">
      <w:pPr>
        <w:pStyle w:val="Heading1"/>
        <w:spacing w:after="0"/>
        <w:jc w:val="both"/>
      </w:pPr>
      <w:r>
        <w:lastRenderedPageBreak/>
        <w:t>E · Authorship and contributor declarations</w:t>
      </w:r>
    </w:p>
    <w:p w14:paraId="40B5D322" w14:textId="77777777" w:rsidR="0037227F" w:rsidRDefault="00000000" w:rsidP="0053153C">
      <w:pPr>
        <w:spacing w:after="0"/>
        <w:jc w:val="both"/>
      </w:pPr>
      <w:r>
        <w:t>By signing this agreement, each author confirms all of the following:</w:t>
      </w:r>
    </w:p>
    <w:p w14:paraId="1A7195F9" w14:textId="77777777" w:rsidR="0037227F" w:rsidRDefault="00000000" w:rsidP="0053153C">
      <w:pPr>
        <w:pStyle w:val="ListBullet"/>
        <w:spacing w:after="0"/>
        <w:jc w:val="both"/>
      </w:pPr>
      <w:r>
        <w:rPr>
          <w:sz w:val="19"/>
        </w:rPr>
        <w:t>☐ I made a genuine scholarly contribution that satisfies the journal’s authorship criteria; I reviewed the final manuscript and approve publication.</w:t>
      </w:r>
    </w:p>
    <w:p w14:paraId="12932409" w14:textId="77777777" w:rsidR="0037227F" w:rsidRDefault="00000000" w:rsidP="0053153C">
      <w:pPr>
        <w:pStyle w:val="ListBullet"/>
        <w:spacing w:after="0"/>
        <w:jc w:val="both"/>
      </w:pPr>
      <w:r>
        <w:rPr>
          <w:sz w:val="19"/>
        </w:rPr>
        <w:t>☐ I accept accountability for my contribution and will cooperate with questions about accuracy or integrity.</w:t>
      </w:r>
    </w:p>
    <w:p w14:paraId="31DA380D" w14:textId="77777777" w:rsidR="0037227F" w:rsidRDefault="00000000" w:rsidP="0053153C">
      <w:pPr>
        <w:pStyle w:val="ListBullet"/>
        <w:spacing w:after="0"/>
        <w:jc w:val="both"/>
      </w:pPr>
      <w:r>
        <w:rPr>
          <w:sz w:val="19"/>
        </w:rPr>
        <w:t>☐ The author order has been agreed by the author group; no qualifying author has been omitted and no honorary, gift or guest author has been added.</w:t>
      </w:r>
    </w:p>
    <w:p w14:paraId="1BA508D7" w14:textId="77777777" w:rsidR="0037227F" w:rsidRDefault="00000000" w:rsidP="0053153C">
      <w:pPr>
        <w:pStyle w:val="ListBullet"/>
        <w:spacing w:after="0"/>
        <w:jc w:val="both"/>
      </w:pPr>
      <w:r>
        <w:rPr>
          <w:sz w:val="19"/>
        </w:rPr>
        <w:t>☐ Contributors who do not qualify for authorship are appropriately acknowledged with their permission where required.</w:t>
      </w:r>
    </w:p>
    <w:p w14:paraId="2550E9D6" w14:textId="77777777" w:rsidR="0037227F" w:rsidRDefault="00000000" w:rsidP="0053153C">
      <w:pPr>
        <w:pStyle w:val="ListBullet"/>
        <w:spacing w:after="0"/>
        <w:jc w:val="both"/>
      </w:pPr>
      <w:r>
        <w:rPr>
          <w:sz w:val="19"/>
        </w:rPr>
        <w:t>☐ Any authorship change after submission will be requested transparently and supported by written agreement from all affected authors.</w:t>
      </w:r>
    </w:p>
    <w:p w14:paraId="2C278664" w14:textId="77777777" w:rsidR="0037227F" w:rsidRDefault="00000000" w:rsidP="0053153C">
      <w:pPr>
        <w:pStyle w:val="Heading1"/>
        <w:spacing w:after="0"/>
        <w:jc w:val="both"/>
      </w:pPr>
      <w:r>
        <w:t>F · CRediT contributor roles</w:t>
      </w:r>
    </w:p>
    <w:p w14:paraId="035B8765" w14:textId="77777777" w:rsidR="0037227F" w:rsidRDefault="00000000" w:rsidP="0053153C">
      <w:pPr>
        <w:spacing w:after="0"/>
        <w:jc w:val="both"/>
      </w:pPr>
      <w:r>
        <w:t>Enter author initials against each applicable role. More than one author may share a role. Roles describe contribution and do not by themselves determine authorship.</w:t>
      </w:r>
    </w:p>
    <w:tbl>
      <w:tblPr>
        <w:tblW w:w="10980" w:type="dxa"/>
        <w:jc w:val="center"/>
        <w:tblLayout w:type="fixed"/>
        <w:tblLook w:val="04A0" w:firstRow="1" w:lastRow="0" w:firstColumn="1" w:lastColumn="0" w:noHBand="0" w:noVBand="1"/>
      </w:tblPr>
      <w:tblGrid>
        <w:gridCol w:w="5061"/>
        <w:gridCol w:w="5919"/>
      </w:tblGrid>
      <w:tr w:rsidR="0037227F" w14:paraId="677AE128" w14:textId="77777777" w:rsidTr="0053153C">
        <w:trPr>
          <w:tblHeader/>
          <w:jc w:val="center"/>
        </w:trPr>
        <w:tc>
          <w:tcPr>
            <w:tcW w:w="5061" w:type="dxa"/>
            <w:shd w:val="clear" w:color="auto" w:fill="071A45"/>
            <w:tcMar>
              <w:top w:w="70" w:type="dxa"/>
              <w:left w:w="70" w:type="dxa"/>
              <w:bottom w:w="70" w:type="dxa"/>
              <w:right w:w="70" w:type="dxa"/>
            </w:tcMar>
            <w:vAlign w:val="center"/>
          </w:tcPr>
          <w:p w14:paraId="6965D1BB" w14:textId="77777777" w:rsidR="0037227F" w:rsidRDefault="00000000" w:rsidP="0053153C">
            <w:pPr>
              <w:spacing w:after="0"/>
              <w:jc w:val="center"/>
            </w:pPr>
            <w:proofErr w:type="spellStart"/>
            <w:r>
              <w:rPr>
                <w:b/>
                <w:color w:val="FFFFFF"/>
                <w:sz w:val="16"/>
              </w:rPr>
              <w:t>CRediT</w:t>
            </w:r>
            <w:proofErr w:type="spellEnd"/>
            <w:r>
              <w:rPr>
                <w:b/>
                <w:color w:val="FFFFFF"/>
                <w:sz w:val="16"/>
              </w:rPr>
              <w:t xml:space="preserve"> role</w:t>
            </w:r>
          </w:p>
        </w:tc>
        <w:tc>
          <w:tcPr>
            <w:tcW w:w="5919" w:type="dxa"/>
            <w:shd w:val="clear" w:color="auto" w:fill="071A45"/>
            <w:tcMar>
              <w:top w:w="70" w:type="dxa"/>
              <w:left w:w="70" w:type="dxa"/>
              <w:bottom w:w="70" w:type="dxa"/>
              <w:right w:w="70" w:type="dxa"/>
            </w:tcMar>
            <w:vAlign w:val="center"/>
          </w:tcPr>
          <w:p w14:paraId="022BDAF0" w14:textId="77777777" w:rsidR="0037227F" w:rsidRDefault="00000000" w:rsidP="0053153C">
            <w:pPr>
              <w:spacing w:after="0"/>
              <w:jc w:val="center"/>
            </w:pPr>
            <w:r>
              <w:rPr>
                <w:b/>
                <w:color w:val="FFFFFF"/>
                <w:sz w:val="16"/>
              </w:rPr>
              <w:t>Author initials / names</w:t>
            </w:r>
          </w:p>
        </w:tc>
      </w:tr>
      <w:tr w:rsidR="0037227F" w14:paraId="796B9F61"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01CAFAB" w14:textId="77777777" w:rsidR="0037227F" w:rsidRDefault="00000000" w:rsidP="0053153C">
            <w:pPr>
              <w:spacing w:after="0"/>
            </w:pPr>
            <w:r>
              <w:rPr>
                <w:sz w:val="16"/>
              </w:rPr>
              <w:t>Conceptualization</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78C38CC" w14:textId="77777777" w:rsidR="0037227F" w:rsidRDefault="0037227F" w:rsidP="0053153C">
            <w:pPr>
              <w:spacing w:after="0"/>
            </w:pPr>
          </w:p>
        </w:tc>
      </w:tr>
      <w:tr w:rsidR="0037227F" w14:paraId="0233C424"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0CE5210" w14:textId="77777777" w:rsidR="0037227F" w:rsidRDefault="00000000" w:rsidP="0053153C">
            <w:pPr>
              <w:spacing w:after="0"/>
            </w:pPr>
            <w:r>
              <w:rPr>
                <w:sz w:val="16"/>
              </w:rPr>
              <w:t>Data curation</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62EF32C" w14:textId="77777777" w:rsidR="0037227F" w:rsidRDefault="0037227F" w:rsidP="0053153C">
            <w:pPr>
              <w:spacing w:after="0"/>
            </w:pPr>
          </w:p>
        </w:tc>
      </w:tr>
      <w:tr w:rsidR="0037227F" w14:paraId="520DE91F"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6F854F3" w14:textId="77777777" w:rsidR="0037227F" w:rsidRDefault="00000000" w:rsidP="0053153C">
            <w:pPr>
              <w:spacing w:after="0"/>
            </w:pPr>
            <w:r>
              <w:rPr>
                <w:sz w:val="16"/>
              </w:rPr>
              <w:t>Formal analysis</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FDFA6C6" w14:textId="77777777" w:rsidR="0037227F" w:rsidRDefault="0037227F" w:rsidP="0053153C">
            <w:pPr>
              <w:spacing w:after="0"/>
            </w:pPr>
          </w:p>
        </w:tc>
      </w:tr>
      <w:tr w:rsidR="0037227F" w14:paraId="31389063"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AB53961" w14:textId="77777777" w:rsidR="0037227F" w:rsidRDefault="00000000" w:rsidP="0053153C">
            <w:pPr>
              <w:spacing w:after="0"/>
            </w:pPr>
            <w:r>
              <w:rPr>
                <w:sz w:val="16"/>
              </w:rPr>
              <w:t>Funding acquisition</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5672664" w14:textId="77777777" w:rsidR="0037227F" w:rsidRDefault="0037227F" w:rsidP="0053153C">
            <w:pPr>
              <w:spacing w:after="0"/>
            </w:pPr>
          </w:p>
        </w:tc>
      </w:tr>
      <w:tr w:rsidR="0037227F" w14:paraId="794852E8"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207F96F" w14:textId="77777777" w:rsidR="0037227F" w:rsidRDefault="00000000" w:rsidP="0053153C">
            <w:pPr>
              <w:spacing w:after="0"/>
            </w:pPr>
            <w:r>
              <w:rPr>
                <w:sz w:val="16"/>
              </w:rPr>
              <w:t>Investigation</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6F8FE80" w14:textId="77777777" w:rsidR="0037227F" w:rsidRDefault="0037227F" w:rsidP="0053153C">
            <w:pPr>
              <w:spacing w:after="0"/>
            </w:pPr>
          </w:p>
        </w:tc>
      </w:tr>
      <w:tr w:rsidR="0037227F" w14:paraId="20B1B78B"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6A18963" w14:textId="77777777" w:rsidR="0037227F" w:rsidRDefault="00000000" w:rsidP="0053153C">
            <w:pPr>
              <w:spacing w:after="0"/>
            </w:pPr>
            <w:r>
              <w:rPr>
                <w:sz w:val="16"/>
              </w:rPr>
              <w:t>Methodology</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E208596" w14:textId="77777777" w:rsidR="0037227F" w:rsidRDefault="0037227F" w:rsidP="0053153C">
            <w:pPr>
              <w:spacing w:after="0"/>
            </w:pPr>
          </w:p>
        </w:tc>
      </w:tr>
      <w:tr w:rsidR="0037227F" w14:paraId="254EFF89"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CDB0020" w14:textId="77777777" w:rsidR="0037227F" w:rsidRDefault="00000000" w:rsidP="0053153C">
            <w:pPr>
              <w:spacing w:after="0"/>
            </w:pPr>
            <w:r>
              <w:rPr>
                <w:sz w:val="16"/>
              </w:rPr>
              <w:t>Project administration</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8A0A10B" w14:textId="77777777" w:rsidR="0037227F" w:rsidRDefault="0037227F" w:rsidP="0053153C">
            <w:pPr>
              <w:spacing w:after="0"/>
            </w:pPr>
          </w:p>
        </w:tc>
      </w:tr>
      <w:tr w:rsidR="0037227F" w14:paraId="295CA315"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2ADEAC2" w14:textId="77777777" w:rsidR="0037227F" w:rsidRDefault="00000000" w:rsidP="0053153C">
            <w:pPr>
              <w:spacing w:after="0"/>
            </w:pPr>
            <w:r>
              <w:rPr>
                <w:sz w:val="16"/>
              </w:rPr>
              <w:t>Resources</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513F2F6" w14:textId="77777777" w:rsidR="0037227F" w:rsidRDefault="0037227F" w:rsidP="0053153C">
            <w:pPr>
              <w:spacing w:after="0"/>
            </w:pPr>
          </w:p>
        </w:tc>
      </w:tr>
      <w:tr w:rsidR="0037227F" w14:paraId="30109EB5"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1E91CB1" w14:textId="77777777" w:rsidR="0037227F" w:rsidRDefault="00000000" w:rsidP="0053153C">
            <w:pPr>
              <w:spacing w:after="0"/>
            </w:pPr>
            <w:r>
              <w:rPr>
                <w:sz w:val="16"/>
              </w:rPr>
              <w:t>Software</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6FE97C1" w14:textId="77777777" w:rsidR="0037227F" w:rsidRDefault="0037227F" w:rsidP="0053153C">
            <w:pPr>
              <w:spacing w:after="0"/>
            </w:pPr>
          </w:p>
        </w:tc>
      </w:tr>
      <w:tr w:rsidR="0037227F" w14:paraId="7A699A48"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8A54632" w14:textId="77777777" w:rsidR="0037227F" w:rsidRDefault="00000000" w:rsidP="0053153C">
            <w:pPr>
              <w:spacing w:after="0"/>
            </w:pPr>
            <w:r>
              <w:rPr>
                <w:sz w:val="16"/>
              </w:rPr>
              <w:t>Supervision</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782A7BB" w14:textId="77777777" w:rsidR="0037227F" w:rsidRDefault="0037227F" w:rsidP="0053153C">
            <w:pPr>
              <w:spacing w:after="0"/>
            </w:pPr>
          </w:p>
        </w:tc>
      </w:tr>
      <w:tr w:rsidR="0037227F" w14:paraId="02915B51"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050A4D5" w14:textId="77777777" w:rsidR="0037227F" w:rsidRDefault="00000000" w:rsidP="0053153C">
            <w:pPr>
              <w:spacing w:after="0"/>
            </w:pPr>
            <w:r>
              <w:rPr>
                <w:sz w:val="16"/>
              </w:rPr>
              <w:t>Validation</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0D04FC6" w14:textId="77777777" w:rsidR="0037227F" w:rsidRDefault="0037227F" w:rsidP="0053153C">
            <w:pPr>
              <w:spacing w:after="0"/>
            </w:pPr>
          </w:p>
        </w:tc>
      </w:tr>
      <w:tr w:rsidR="0037227F" w14:paraId="4E28C3ED"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D68D39F" w14:textId="77777777" w:rsidR="0037227F" w:rsidRDefault="00000000" w:rsidP="0053153C">
            <w:pPr>
              <w:spacing w:after="0"/>
            </w:pPr>
            <w:r>
              <w:rPr>
                <w:sz w:val="16"/>
              </w:rPr>
              <w:t>Visualization</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98B4025" w14:textId="77777777" w:rsidR="0037227F" w:rsidRDefault="0037227F" w:rsidP="0053153C">
            <w:pPr>
              <w:spacing w:after="0"/>
            </w:pPr>
          </w:p>
        </w:tc>
      </w:tr>
      <w:tr w:rsidR="0037227F" w14:paraId="7D5CD8EF"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CF137F0" w14:textId="77777777" w:rsidR="0037227F" w:rsidRDefault="00000000" w:rsidP="0053153C">
            <w:pPr>
              <w:spacing w:after="0"/>
            </w:pPr>
            <w:r>
              <w:rPr>
                <w:sz w:val="16"/>
              </w:rPr>
              <w:t>Writing – original draft</w:t>
            </w:r>
          </w:p>
        </w:tc>
        <w:tc>
          <w:tcPr>
            <w:tcW w:w="591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CFBA7B0" w14:textId="77777777" w:rsidR="0037227F" w:rsidRDefault="0037227F" w:rsidP="0053153C">
            <w:pPr>
              <w:spacing w:after="0"/>
            </w:pPr>
          </w:p>
        </w:tc>
      </w:tr>
      <w:tr w:rsidR="0037227F" w14:paraId="36A4AB87" w14:textId="77777777" w:rsidTr="0053153C">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DFB4C65" w14:textId="77777777" w:rsidR="0037227F" w:rsidRDefault="00000000" w:rsidP="0053153C">
            <w:pPr>
              <w:spacing w:after="0"/>
            </w:pPr>
            <w:r>
              <w:rPr>
                <w:sz w:val="16"/>
              </w:rPr>
              <w:t>Writing – review &amp; editing</w:t>
            </w:r>
          </w:p>
        </w:tc>
        <w:tc>
          <w:tcPr>
            <w:tcW w:w="591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CAEBD65" w14:textId="77777777" w:rsidR="0037227F" w:rsidRDefault="0037227F" w:rsidP="0053153C">
            <w:pPr>
              <w:spacing w:after="0"/>
            </w:pPr>
          </w:p>
        </w:tc>
      </w:tr>
    </w:tbl>
    <w:p w14:paraId="665519BB" w14:textId="77777777" w:rsidR="0037227F" w:rsidRDefault="00000000" w:rsidP="0053153C">
      <w:pPr>
        <w:pStyle w:val="Heading1"/>
        <w:spacing w:before="0" w:after="0"/>
        <w:jc w:val="both"/>
      </w:pPr>
      <w:r>
        <w:t>G · Copyright ownership and licence to publish</w:t>
      </w:r>
    </w:p>
    <w:p w14:paraId="69C903E8" w14:textId="77777777" w:rsidR="0037227F" w:rsidRDefault="00000000" w:rsidP="0053153C">
      <w:pPr>
        <w:spacing w:after="0"/>
        <w:jc w:val="both"/>
      </w:pPr>
      <w:r>
        <w:t>1. Copyright ownership. Copyright remains with the author(s), or with an employer/other rights holder where applicable law or contract places ownership there. This agreement does not require transfer of copyright to CHIA TECH SOLUTIONS AND RESOURCES LIMITED.</w:t>
      </w:r>
    </w:p>
    <w:p w14:paraId="5FA7C77A" w14:textId="77777777" w:rsidR="0037227F" w:rsidRDefault="00000000" w:rsidP="0053153C">
      <w:pPr>
        <w:spacing w:after="0"/>
        <w:jc w:val="both"/>
      </w:pPr>
      <w:r>
        <w:t>2. First-publication and publishing rights. The rights holder grants CHIA TECH SOLUTIONS AND RESOURCES LIMITED, as publisher of CHIATECH JOURNAL, the right of first publication and a non-exclusive, worldwide, royalty-free licence to edit for style and production, reproduce, publish, distribute, communicate, preserve, archive, index, register metadata, deposit with scholarly services, and maintain the article and its versions of record in print, digital and machine-readable formats.</w:t>
      </w:r>
    </w:p>
    <w:p w14:paraId="429C7840" w14:textId="77777777" w:rsidR="0037227F" w:rsidRDefault="00000000" w:rsidP="0053153C">
      <w:pPr>
        <w:spacing w:after="0"/>
        <w:jc w:val="both"/>
      </w:pPr>
      <w:r>
        <w:t>3. Open-access licence. Unless the accepted article records another approved licence, the final scholarly article will be made available under Creative Commons Attribution 4.0 International (CC BY 4.0). The public may share and adapt the licensed material for any purpose, including commercially, provided appropriate attribution is given, a licence link is supplied, and changes are indicated. The publisher will not add restrictions that contradict the CC BY 4.0 terms.</w:t>
      </w:r>
    </w:p>
    <w:p w14:paraId="07BDFC6E" w14:textId="77777777" w:rsidR="0037227F" w:rsidRDefault="00000000" w:rsidP="0053153C">
      <w:pPr>
        <w:spacing w:after="0"/>
        <w:jc w:val="both"/>
      </w:pPr>
      <w:r>
        <w:lastRenderedPageBreak/>
        <w:t>4. Third-party material. Material not owned by the author(s) and not covered by the article licence must be clearly identified in the article with the applicable credit, licence, permission or lawful-use basis. Authors remain responsible for obtaining necessary permissions.</w:t>
      </w:r>
    </w:p>
    <w:p w14:paraId="1E89BEE3" w14:textId="77777777" w:rsidR="0037227F" w:rsidRDefault="00000000" w:rsidP="0053153C">
      <w:pPr>
        <w:pStyle w:val="SmallText"/>
        <w:spacing w:after="0"/>
      </w:pPr>
      <w:r>
        <w:t xml:space="preserve">CC BY 4.0: </w:t>
      </w:r>
      <w:hyperlink r:id="rId10">
        <w:r>
          <w:rPr>
            <w:color w:val="1656B8"/>
            <w:u w:val="single"/>
          </w:rPr>
          <w:t>Creative Commons Attribution 4.0 International</w:t>
        </w:r>
      </w:hyperlink>
    </w:p>
    <w:p w14:paraId="256CC36A" w14:textId="77777777" w:rsidR="0037227F" w:rsidRDefault="00000000" w:rsidP="0053153C">
      <w:pPr>
        <w:pStyle w:val="Heading1"/>
        <w:spacing w:after="0"/>
        <w:jc w:val="both"/>
      </w:pPr>
      <w:r>
        <w:t>H · Originality, rights and publication warranties</w:t>
      </w:r>
    </w:p>
    <w:p w14:paraId="58916EC8" w14:textId="77777777" w:rsidR="0037227F" w:rsidRDefault="00000000" w:rsidP="0053153C">
      <w:pPr>
        <w:pStyle w:val="ListBullet"/>
        <w:spacing w:after="0"/>
        <w:jc w:val="both"/>
      </w:pPr>
      <w:r>
        <w:rPr>
          <w:sz w:val="19"/>
        </w:rPr>
        <w:t>☐ The manuscript is original except where sources and prior versions are transparently cited; it is not under conflicting exclusive publication commitment elsewhere.</w:t>
      </w:r>
    </w:p>
    <w:p w14:paraId="5E53CE1D" w14:textId="77777777" w:rsidR="0037227F" w:rsidRDefault="00000000" w:rsidP="0053153C">
      <w:pPr>
        <w:pStyle w:val="ListBullet"/>
        <w:spacing w:after="0"/>
        <w:jc w:val="both"/>
      </w:pPr>
      <w:r>
        <w:rPr>
          <w:sz w:val="19"/>
        </w:rPr>
        <w:t>☐ All quotations, figures, tables, instruments, datasets and other third-party materials are used lawfully and accurately attributed.</w:t>
      </w:r>
    </w:p>
    <w:p w14:paraId="5017181C" w14:textId="77777777" w:rsidR="0037227F" w:rsidRDefault="00000000" w:rsidP="0053153C">
      <w:pPr>
        <w:pStyle w:val="ListBullet"/>
        <w:spacing w:after="0"/>
        <w:jc w:val="both"/>
      </w:pPr>
      <w:r>
        <w:rPr>
          <w:sz w:val="19"/>
        </w:rPr>
        <w:t>☐ No confidential, defamatory, unlawfully discriminatory or privacy-infringing material is knowingly included.</w:t>
      </w:r>
    </w:p>
    <w:p w14:paraId="2104C164" w14:textId="77777777" w:rsidR="0037227F" w:rsidRDefault="00000000" w:rsidP="0053153C">
      <w:pPr>
        <w:pStyle w:val="ListBullet"/>
        <w:spacing w:after="0"/>
        <w:jc w:val="both"/>
      </w:pPr>
      <w:r>
        <w:rPr>
          <w:sz w:val="19"/>
        </w:rPr>
        <w:t>☐ All research ethics, consent, safety, data-protection and institutional requirements applicable to the work were followed and are accurately disclosed.</w:t>
      </w:r>
    </w:p>
    <w:p w14:paraId="4E7BDD4A" w14:textId="77777777" w:rsidR="0037227F" w:rsidRDefault="00000000" w:rsidP="0053153C">
      <w:pPr>
        <w:pStyle w:val="ListBullet"/>
        <w:spacing w:after="0"/>
        <w:jc w:val="both"/>
      </w:pPr>
      <w:r>
        <w:rPr>
          <w:sz w:val="19"/>
        </w:rPr>
        <w:t>☐ Funding, competing interests and relevant relationships are fully disclosed.</w:t>
      </w:r>
    </w:p>
    <w:p w14:paraId="00E5300F" w14:textId="77777777" w:rsidR="0037227F" w:rsidRDefault="00000000" w:rsidP="0053153C">
      <w:pPr>
        <w:pStyle w:val="ListBullet"/>
        <w:spacing w:after="0"/>
        <w:jc w:val="both"/>
      </w:pPr>
      <w:r>
        <w:rPr>
          <w:sz w:val="19"/>
        </w:rPr>
        <w:t>☐ AI-assisted tools, if substantively used, are disclosed; AI is not listed as an author and was not used to fabricate evidence, citations or authorship.</w:t>
      </w:r>
    </w:p>
    <w:p w14:paraId="7371708F" w14:textId="77777777" w:rsidR="0037227F" w:rsidRDefault="00000000" w:rsidP="0053153C">
      <w:pPr>
        <w:pStyle w:val="Heading1"/>
        <w:spacing w:before="0" w:after="0"/>
        <w:jc w:val="both"/>
      </w:pPr>
      <w:r>
        <w:t>I · Data, corrections and publication integrity</w:t>
      </w:r>
    </w:p>
    <w:p w14:paraId="61F8183B" w14:textId="77777777" w:rsidR="0037227F" w:rsidRDefault="00000000" w:rsidP="0053153C">
      <w:pPr>
        <w:spacing w:after="0"/>
        <w:jc w:val="both"/>
      </w:pPr>
      <w:r>
        <w:t>Authors authorise the journal to correct, update, retract or issue expressions of concern in accordance with its published policies when the scholarly record requires it. Authors agree to preserve underlying records for the period required by their discipline/institution and to cooperate with legitimate integrity inquiries.</w:t>
      </w:r>
    </w:p>
    <w:p w14:paraId="05C68599" w14:textId="77777777" w:rsidR="0037227F" w:rsidRDefault="00000000" w:rsidP="0053153C">
      <w:pPr>
        <w:pStyle w:val="Heading1"/>
        <w:spacing w:before="0" w:after="0"/>
        <w:jc w:val="both"/>
      </w:pPr>
      <w:r>
        <w:t>J · Metadata, DOI, indexing and archiving</w:t>
      </w:r>
    </w:p>
    <w:p w14:paraId="2C000338" w14:textId="77777777" w:rsidR="0037227F" w:rsidRDefault="00000000" w:rsidP="0053153C">
      <w:pPr>
        <w:spacing w:after="0"/>
        <w:jc w:val="both"/>
      </w:pPr>
      <w:r>
        <w:t>Authors authorise publication and dissemination of bibliographic metadata including names, affiliations, ORCID iDs, abstract, keywords, funding and licence information. The publisher may register a DOI, deposit metadata with Crossref or other scholarly services, and preserve the article through appropriate repositories/archives. Pending identifiers must not be replaced until formal registration is confirmed.</w:t>
      </w:r>
    </w:p>
    <w:p w14:paraId="17883D82" w14:textId="77777777" w:rsidR="0037227F" w:rsidRDefault="00000000" w:rsidP="0053153C">
      <w:pPr>
        <w:pStyle w:val="Heading1"/>
        <w:spacing w:before="0" w:after="0"/>
        <w:jc w:val="both"/>
      </w:pPr>
      <w:r>
        <w:t>K · Author image, voice and explanatory media</w:t>
      </w:r>
    </w:p>
    <w:p w14:paraId="60AC669D" w14:textId="77777777" w:rsidR="0037227F" w:rsidRDefault="00000000" w:rsidP="0053153C">
      <w:pPr>
        <w:spacing w:after="0"/>
        <w:jc w:val="both"/>
      </w:pPr>
      <w:r>
        <w:t>The article may be accompanied by a complimentary explanatory video or other accessibility media. Author voice, image or likeness is used only with explicit permission. Accuracy of any explanatory media must be checked against the final scholarly article.</w:t>
      </w:r>
    </w:p>
    <w:tbl>
      <w:tblPr>
        <w:tblW w:w="10800" w:type="dxa"/>
        <w:jc w:val="center"/>
        <w:tblLayout w:type="fixed"/>
        <w:tblLook w:val="04A0" w:firstRow="1" w:lastRow="0" w:firstColumn="1" w:lastColumn="0" w:noHBand="0" w:noVBand="1"/>
      </w:tblPr>
      <w:tblGrid>
        <w:gridCol w:w="7488"/>
        <w:gridCol w:w="3312"/>
      </w:tblGrid>
      <w:tr w:rsidR="0037227F" w14:paraId="27BDEA78" w14:textId="77777777" w:rsidTr="0053153C">
        <w:trPr>
          <w:tblHeader/>
          <w:jc w:val="center"/>
        </w:trPr>
        <w:tc>
          <w:tcPr>
            <w:tcW w:w="7488" w:type="dxa"/>
            <w:shd w:val="clear" w:color="auto" w:fill="071A45"/>
            <w:tcMar>
              <w:top w:w="70" w:type="dxa"/>
              <w:left w:w="70" w:type="dxa"/>
              <w:bottom w:w="70" w:type="dxa"/>
              <w:right w:w="70" w:type="dxa"/>
            </w:tcMar>
            <w:vAlign w:val="center"/>
          </w:tcPr>
          <w:p w14:paraId="50E96C53" w14:textId="77777777" w:rsidR="0037227F" w:rsidRDefault="00000000" w:rsidP="0053153C">
            <w:pPr>
              <w:spacing w:after="0"/>
              <w:jc w:val="center"/>
            </w:pPr>
            <w:r>
              <w:rPr>
                <w:b/>
                <w:color w:val="FFFFFF"/>
                <w:sz w:val="16"/>
              </w:rPr>
              <w:t>Permission option</w:t>
            </w:r>
          </w:p>
        </w:tc>
        <w:tc>
          <w:tcPr>
            <w:tcW w:w="3312" w:type="dxa"/>
            <w:shd w:val="clear" w:color="auto" w:fill="071A45"/>
            <w:tcMar>
              <w:top w:w="70" w:type="dxa"/>
              <w:left w:w="70" w:type="dxa"/>
              <w:bottom w:w="70" w:type="dxa"/>
              <w:right w:w="70" w:type="dxa"/>
            </w:tcMar>
            <w:vAlign w:val="center"/>
          </w:tcPr>
          <w:p w14:paraId="25ED9D72" w14:textId="77777777" w:rsidR="0037227F" w:rsidRDefault="00000000" w:rsidP="0053153C">
            <w:pPr>
              <w:spacing w:after="0"/>
              <w:jc w:val="center"/>
            </w:pPr>
            <w:r>
              <w:rPr>
                <w:b/>
                <w:color w:val="FFFFFF"/>
                <w:sz w:val="16"/>
              </w:rPr>
              <w:t>Select</w:t>
            </w:r>
          </w:p>
        </w:tc>
      </w:tr>
      <w:tr w:rsidR="0037227F" w14:paraId="518F378F" w14:textId="77777777" w:rsidTr="0053153C">
        <w:trPr>
          <w:jc w:val="center"/>
        </w:trPr>
        <w:tc>
          <w:tcPr>
            <w:tcW w:w="748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BD8BF15" w14:textId="77777777" w:rsidR="0037227F" w:rsidRDefault="00000000" w:rsidP="0053153C">
            <w:pPr>
              <w:spacing w:after="0"/>
            </w:pPr>
            <w:r>
              <w:rPr>
                <w:sz w:val="16"/>
              </w:rPr>
              <w:t>I permit use of my recorded voice for article-related explanatory media.</w:t>
            </w:r>
          </w:p>
        </w:tc>
        <w:tc>
          <w:tcPr>
            <w:tcW w:w="331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5275908" w14:textId="77777777" w:rsidR="0037227F" w:rsidRDefault="00000000" w:rsidP="0053153C">
            <w:pPr>
              <w:spacing w:after="0"/>
            </w:pPr>
            <w:r>
              <w:rPr>
                <w:sz w:val="16"/>
              </w:rPr>
              <w:t>☐ Yes  ☐ No</w:t>
            </w:r>
          </w:p>
        </w:tc>
      </w:tr>
      <w:tr w:rsidR="0037227F" w14:paraId="35EFFA53" w14:textId="77777777" w:rsidTr="0053153C">
        <w:trPr>
          <w:jc w:val="center"/>
        </w:trPr>
        <w:tc>
          <w:tcPr>
            <w:tcW w:w="748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E5356DE" w14:textId="77777777" w:rsidR="0037227F" w:rsidRDefault="00000000" w:rsidP="0053153C">
            <w:pPr>
              <w:spacing w:after="0"/>
            </w:pPr>
            <w:r>
              <w:rPr>
                <w:sz w:val="16"/>
              </w:rPr>
              <w:t>I permit use of my image/likeness for article-related explanatory media.</w:t>
            </w:r>
          </w:p>
        </w:tc>
        <w:tc>
          <w:tcPr>
            <w:tcW w:w="331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E386E65" w14:textId="77777777" w:rsidR="0037227F" w:rsidRDefault="00000000" w:rsidP="0053153C">
            <w:pPr>
              <w:spacing w:after="0"/>
            </w:pPr>
            <w:r>
              <w:rPr>
                <w:sz w:val="16"/>
              </w:rPr>
              <w:t>☐ Yes  ☐ No</w:t>
            </w:r>
          </w:p>
        </w:tc>
      </w:tr>
      <w:tr w:rsidR="0037227F" w14:paraId="766FCD57" w14:textId="77777777" w:rsidTr="0053153C">
        <w:trPr>
          <w:jc w:val="center"/>
        </w:trPr>
        <w:tc>
          <w:tcPr>
            <w:tcW w:w="748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2630FA1" w14:textId="77777777" w:rsidR="0037227F" w:rsidRDefault="00000000" w:rsidP="0053153C">
            <w:pPr>
              <w:spacing w:after="0"/>
            </w:pPr>
            <w:r>
              <w:rPr>
                <w:sz w:val="16"/>
              </w:rPr>
              <w:t>I prefer journal-created narration/visuals without my voice or likeness.</w:t>
            </w:r>
          </w:p>
        </w:tc>
        <w:tc>
          <w:tcPr>
            <w:tcW w:w="331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D5B6649" w14:textId="77777777" w:rsidR="0037227F" w:rsidRDefault="00000000" w:rsidP="0053153C">
            <w:pPr>
              <w:spacing w:after="0"/>
            </w:pPr>
            <w:r>
              <w:rPr>
                <w:sz w:val="16"/>
              </w:rPr>
              <w:t>☐ Yes  ☐ No</w:t>
            </w:r>
          </w:p>
        </w:tc>
      </w:tr>
    </w:tbl>
    <w:p w14:paraId="3A25861B" w14:textId="77777777" w:rsidR="0037227F" w:rsidRDefault="00000000" w:rsidP="0053153C">
      <w:pPr>
        <w:pStyle w:val="Heading1"/>
        <w:spacing w:after="0"/>
      </w:pPr>
      <w:r>
        <w:t>L · Final corresponding-author certification</w:t>
      </w:r>
    </w:p>
    <w:p w14:paraId="4C968B41" w14:textId="77777777" w:rsidR="0037227F" w:rsidRDefault="00000000" w:rsidP="0053153C">
      <w:pPr>
        <w:spacing w:after="0"/>
      </w:pPr>
      <w:r>
        <w:t>The corresponding author certifies that all listed authors have received this agreement, the identity/signature records are authentic, all authors approved the accepted version and publication terms, and the final author order is correct.</w:t>
      </w:r>
    </w:p>
    <w:tbl>
      <w:tblPr>
        <w:tblW w:w="0" w:type="auto"/>
        <w:jc w:val="center"/>
        <w:tblLayout w:type="fixed"/>
        <w:tblLook w:val="04A0" w:firstRow="1" w:lastRow="0" w:firstColumn="1" w:lastColumn="0" w:noHBand="0" w:noVBand="1"/>
      </w:tblPr>
      <w:tblGrid>
        <w:gridCol w:w="4032"/>
        <w:gridCol w:w="3374"/>
        <w:gridCol w:w="3374"/>
      </w:tblGrid>
      <w:tr w:rsidR="0037227F" w14:paraId="2E0C69E5" w14:textId="77777777">
        <w:trPr>
          <w:tblHeader/>
          <w:jc w:val="center"/>
        </w:trPr>
        <w:tc>
          <w:tcPr>
            <w:tcW w:w="3374" w:type="dxa"/>
            <w:shd w:val="clear" w:color="auto" w:fill="071A45"/>
            <w:tcMar>
              <w:top w:w="70" w:type="dxa"/>
              <w:left w:w="70" w:type="dxa"/>
              <w:bottom w:w="70" w:type="dxa"/>
              <w:right w:w="70" w:type="dxa"/>
            </w:tcMar>
            <w:vAlign w:val="center"/>
          </w:tcPr>
          <w:p w14:paraId="46692776" w14:textId="77777777" w:rsidR="0037227F" w:rsidRDefault="00000000" w:rsidP="0053153C">
            <w:pPr>
              <w:spacing w:after="0"/>
              <w:jc w:val="center"/>
            </w:pPr>
            <w:r>
              <w:rPr>
                <w:b/>
                <w:color w:val="FFFFFF"/>
                <w:sz w:val="16"/>
              </w:rPr>
              <w:t>Corresponding author</w:t>
            </w:r>
          </w:p>
        </w:tc>
        <w:tc>
          <w:tcPr>
            <w:tcW w:w="3374" w:type="dxa"/>
            <w:shd w:val="clear" w:color="auto" w:fill="071A45"/>
            <w:tcMar>
              <w:top w:w="70" w:type="dxa"/>
              <w:left w:w="70" w:type="dxa"/>
              <w:bottom w:w="70" w:type="dxa"/>
              <w:right w:w="70" w:type="dxa"/>
            </w:tcMar>
            <w:vAlign w:val="center"/>
          </w:tcPr>
          <w:p w14:paraId="4B1BB475" w14:textId="77777777" w:rsidR="0037227F" w:rsidRDefault="00000000" w:rsidP="0053153C">
            <w:pPr>
              <w:spacing w:after="0"/>
              <w:jc w:val="center"/>
            </w:pPr>
            <w:r>
              <w:rPr>
                <w:b/>
                <w:color w:val="FFFFFF"/>
                <w:sz w:val="16"/>
              </w:rPr>
              <w:t>Signature</w:t>
            </w:r>
          </w:p>
        </w:tc>
        <w:tc>
          <w:tcPr>
            <w:tcW w:w="3374" w:type="dxa"/>
            <w:shd w:val="clear" w:color="auto" w:fill="071A45"/>
            <w:tcMar>
              <w:top w:w="70" w:type="dxa"/>
              <w:left w:w="70" w:type="dxa"/>
              <w:bottom w:w="70" w:type="dxa"/>
              <w:right w:w="70" w:type="dxa"/>
            </w:tcMar>
            <w:vAlign w:val="center"/>
          </w:tcPr>
          <w:p w14:paraId="00E6B723" w14:textId="77777777" w:rsidR="0037227F" w:rsidRDefault="00000000" w:rsidP="0053153C">
            <w:pPr>
              <w:spacing w:after="0"/>
              <w:jc w:val="center"/>
            </w:pPr>
            <w:r>
              <w:rPr>
                <w:b/>
                <w:color w:val="FFFFFF"/>
                <w:sz w:val="16"/>
              </w:rPr>
              <w:t>Date</w:t>
            </w:r>
          </w:p>
        </w:tc>
      </w:tr>
      <w:tr w:rsidR="0037227F" w14:paraId="0A9BA4B0" w14:textId="77777777">
        <w:trPr>
          <w:jc w:val="center"/>
        </w:trPr>
        <w:tc>
          <w:tcPr>
            <w:tcW w:w="403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D47482A" w14:textId="77777777" w:rsidR="0037227F" w:rsidRDefault="0037227F" w:rsidP="0053153C">
            <w:pPr>
              <w:spacing w:after="0"/>
            </w:pPr>
          </w:p>
        </w:tc>
        <w:tc>
          <w:tcPr>
            <w:tcW w:w="331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2A84DA9" w14:textId="77777777" w:rsidR="0037227F" w:rsidRDefault="0037227F" w:rsidP="0053153C">
            <w:pPr>
              <w:spacing w:after="0"/>
            </w:pPr>
          </w:p>
        </w:tc>
        <w:tc>
          <w:tcPr>
            <w:tcW w:w="295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DB818C9" w14:textId="77777777" w:rsidR="0037227F" w:rsidRDefault="0037227F" w:rsidP="0053153C">
            <w:pPr>
              <w:spacing w:after="0"/>
            </w:pPr>
          </w:p>
        </w:tc>
      </w:tr>
    </w:tbl>
    <w:tbl>
      <w:tblPr>
        <w:tblW w:w="0" w:type="auto"/>
        <w:jc w:val="center"/>
        <w:tblLook w:val="04A0" w:firstRow="1" w:lastRow="0" w:firstColumn="1" w:lastColumn="0" w:noHBand="0" w:noVBand="1"/>
      </w:tblPr>
      <w:tblGrid>
        <w:gridCol w:w="10123"/>
      </w:tblGrid>
      <w:tr w:rsidR="0037227F" w14:paraId="5C169E60" w14:textId="77777777">
        <w:trPr>
          <w:tblHeader/>
          <w:jc w:val="center"/>
        </w:trPr>
        <w:tc>
          <w:tcPr>
            <w:tcW w:w="10123" w:type="dxa"/>
            <w:tcBorders>
              <w:top w:val="single" w:sz="10" w:space="0" w:color="5B6472"/>
              <w:left w:val="single" w:sz="10" w:space="0" w:color="5B6472"/>
              <w:bottom w:val="single" w:sz="10" w:space="0" w:color="5B6472"/>
              <w:right w:val="single" w:sz="10" w:space="0" w:color="5B6472"/>
            </w:tcBorders>
            <w:shd w:val="clear" w:color="auto" w:fill="F2F6FA"/>
            <w:tcMar>
              <w:top w:w="120" w:type="dxa"/>
              <w:left w:w="130" w:type="dxa"/>
              <w:bottom w:w="120" w:type="dxa"/>
              <w:right w:w="130" w:type="dxa"/>
            </w:tcMar>
          </w:tcPr>
          <w:p w14:paraId="10099E9D" w14:textId="77777777" w:rsidR="0037227F" w:rsidRDefault="00000000" w:rsidP="0053153C">
            <w:pPr>
              <w:spacing w:after="0"/>
            </w:pPr>
            <w:r>
              <w:rPr>
                <w:b/>
                <w:color w:val="071A45"/>
                <w:sz w:val="19"/>
              </w:rPr>
              <w:t>LEGAL / POLICY NOTE</w:t>
            </w:r>
            <w:r>
              <w:rPr>
                <w:b/>
                <w:color w:val="071A45"/>
                <w:sz w:val="19"/>
              </w:rPr>
              <w:br/>
            </w:r>
            <w:r>
              <w:rPr>
                <w:sz w:val="18"/>
              </w:rPr>
              <w:t>This journal form records the publisher’s publication policy and author permissions; it is not individualized legal advice. Where an employer, funder or law controls copyright ownership, the corresponding author must disclose that status before publication.</w:t>
            </w:r>
          </w:p>
        </w:tc>
      </w:tr>
    </w:tbl>
    <w:p w14:paraId="6AC6A6F2" w14:textId="77777777" w:rsidR="00D41985" w:rsidRDefault="00D41985" w:rsidP="0053153C">
      <w:pPr>
        <w:spacing w:after="0"/>
      </w:pPr>
    </w:p>
    <w:sectPr w:rsidR="00D41985" w:rsidSect="00034616">
      <w:headerReference w:type="default" r:id="rId11"/>
      <w:footerReference w:type="default" r:id="rId12"/>
      <w:pgSz w:w="11909" w:h="16834"/>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FAD6" w14:textId="77777777" w:rsidR="00D41985" w:rsidRDefault="00D41985">
      <w:pPr>
        <w:spacing w:after="0" w:line="240" w:lineRule="auto"/>
      </w:pPr>
      <w:r>
        <w:separator/>
      </w:r>
    </w:p>
  </w:endnote>
  <w:endnote w:type="continuationSeparator" w:id="0">
    <w:p w14:paraId="43AFBC3C" w14:textId="77777777" w:rsidR="00D41985" w:rsidRDefault="00D41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F1F0" w14:textId="77777777" w:rsidR="0037227F" w:rsidRDefault="00000000">
    <w:pPr>
      <w:pStyle w:val="Footer"/>
      <w:jc w:val="center"/>
    </w:pPr>
    <w:r>
      <w:rPr>
        <w:b/>
        <w:color w:val="071A45"/>
        <w:sz w:val="14"/>
      </w:rPr>
      <w:t xml:space="preserve">CHIATECH JOURNAL · </w:t>
    </w:r>
    <w:r>
      <w:rPr>
        <w:color w:val="5B6472"/>
        <w:sz w:val="14"/>
      </w:rPr>
      <w:t>chiatechlibrary@gmail.com · +234 912 954 8007</w:t>
    </w:r>
    <w:r>
      <w:rPr>
        <w:color w:val="5B6472"/>
        <w:sz w:val="14"/>
      </w:rPr>
      <w:br/>
    </w:r>
    <w:r>
      <w:rPr>
        <w:color w:val="5B6472"/>
        <w:sz w:val="13"/>
      </w:rPr>
      <w:t xml:space="preserve">Opposite Mini Campus, University of Abuja, Phase 1, Gwagwalada, Nigeria · </w:t>
    </w:r>
    <w:r>
      <w:fldChar w:fldCharType="begin"/>
    </w:r>
    <w:r>
      <w:instrText>PAGE</w:instrText>
    </w:r>
    <w:r>
      <w:fldChar w:fldCharType="separate"/>
    </w:r>
    <w:r w:rsidR="0053153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C10A" w14:textId="77777777" w:rsidR="00D41985" w:rsidRDefault="00D41985">
      <w:pPr>
        <w:spacing w:after="0" w:line="240" w:lineRule="auto"/>
      </w:pPr>
      <w:r>
        <w:separator/>
      </w:r>
    </w:p>
  </w:footnote>
  <w:footnote w:type="continuationSeparator" w:id="0">
    <w:p w14:paraId="751D7772" w14:textId="77777777" w:rsidR="00D41985" w:rsidRDefault="00D41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615A" w14:textId="77777777" w:rsidR="0037227F" w:rsidRDefault="0037227F">
    <w:pPr>
      <w:pStyle w:val="Header"/>
    </w:pPr>
  </w:p>
  <w:tbl>
    <w:tblPr>
      <w:tblW w:w="0" w:type="auto"/>
      <w:jc w:val="center"/>
      <w:tblLook w:val="04A0" w:firstRow="1" w:lastRow="0" w:firstColumn="1" w:lastColumn="0" w:noHBand="0" w:noVBand="1"/>
    </w:tblPr>
    <w:tblGrid>
      <w:gridCol w:w="3360"/>
      <w:gridCol w:w="3360"/>
      <w:gridCol w:w="3360"/>
    </w:tblGrid>
    <w:tr w:rsidR="0037227F" w14:paraId="64EB6E3C" w14:textId="77777777">
      <w:trPr>
        <w:tblHeader/>
        <w:jc w:val="center"/>
      </w:trPr>
      <w:tc>
        <w:tcPr>
          <w:tcW w:w="3360" w:type="dxa"/>
        </w:tcPr>
        <w:p w14:paraId="1BDEA2AC" w14:textId="77777777" w:rsidR="0037227F" w:rsidRDefault="00000000">
          <w:r>
            <w:rPr>
              <w:noProof/>
            </w:rPr>
            <w:drawing>
              <wp:inline distT="0" distB="0" distL="0" distR="0" wp14:anchorId="5C6F78BF" wp14:editId="3B780E9B">
                <wp:extent cx="365760" cy="365760"/>
                <wp:effectExtent l="0" t="0" r="0" b="0"/>
                <wp:docPr id="242440887" name="Picture 242440887" descr="CHIATECH publisher logo" title="CHIATECH publis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365760" cy="365760"/>
                        </a:xfrm>
                        <a:prstGeom prst="rect">
                          <a:avLst/>
                        </a:prstGeom>
                      </pic:spPr>
                    </pic:pic>
                  </a:graphicData>
                </a:graphic>
              </wp:inline>
            </w:drawing>
          </w:r>
        </w:p>
      </w:tc>
      <w:tc>
        <w:tcPr>
          <w:tcW w:w="3360" w:type="dxa"/>
        </w:tcPr>
        <w:p w14:paraId="47136651" w14:textId="77777777" w:rsidR="0037227F" w:rsidRDefault="00000000">
          <w:pPr>
            <w:jc w:val="center"/>
          </w:pPr>
          <w:r>
            <w:rPr>
              <w:b/>
              <w:color w:val="071A45"/>
              <w:sz w:val="19"/>
            </w:rPr>
            <w:t>CHIATECH JOURNAL</w:t>
          </w:r>
          <w:r>
            <w:rPr>
              <w:color w:val="1656B8"/>
              <w:sz w:val="13"/>
            </w:rPr>
            <w:br/>
            <w:t>SETEHEM · OPEN ACCESS · DOUBLE-BLIND PEER REVIEW</w:t>
          </w:r>
        </w:p>
      </w:tc>
      <w:tc>
        <w:tcPr>
          <w:tcW w:w="3360" w:type="dxa"/>
        </w:tcPr>
        <w:p w14:paraId="4E49165B" w14:textId="77777777" w:rsidR="0037227F" w:rsidRDefault="00000000">
          <w:pPr>
            <w:jc w:val="right"/>
          </w:pPr>
          <w:r>
            <w:rPr>
              <w:noProof/>
            </w:rPr>
            <w:drawing>
              <wp:inline distT="0" distB="0" distL="0" distR="0" wp14:anchorId="07D51446" wp14:editId="14776B3E">
                <wp:extent cx="320040" cy="379781"/>
                <wp:effectExtent l="0" t="0" r="0" b="0"/>
                <wp:docPr id="1567011609" name="Picture 1567011609" descr="CHIATECH Journal SETEHEM logo" title="CHIATECH Journal SETEH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stretch>
                          <a:fillRect/>
                        </a:stretch>
                      </pic:blipFill>
                      <pic:spPr>
                        <a:xfrm>
                          <a:off x="0" y="0"/>
                          <a:ext cx="320040" cy="379781"/>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1639349">
    <w:abstractNumId w:val="8"/>
  </w:num>
  <w:num w:numId="2" w16cid:durableId="1227302855">
    <w:abstractNumId w:val="6"/>
  </w:num>
  <w:num w:numId="3" w16cid:durableId="1306206228">
    <w:abstractNumId w:val="5"/>
  </w:num>
  <w:num w:numId="4" w16cid:durableId="2087265878">
    <w:abstractNumId w:val="4"/>
  </w:num>
  <w:num w:numId="5" w16cid:durableId="1557736141">
    <w:abstractNumId w:val="7"/>
  </w:num>
  <w:num w:numId="6" w16cid:durableId="2024744887">
    <w:abstractNumId w:val="3"/>
  </w:num>
  <w:num w:numId="7" w16cid:durableId="1229419277">
    <w:abstractNumId w:val="2"/>
  </w:num>
  <w:num w:numId="8" w16cid:durableId="1748528425">
    <w:abstractNumId w:val="1"/>
  </w:num>
  <w:num w:numId="9" w16cid:durableId="630020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227F"/>
    <w:rsid w:val="0053153C"/>
    <w:rsid w:val="00586CAB"/>
    <w:rsid w:val="008D7EA1"/>
    <w:rsid w:val="00AA1D8D"/>
    <w:rsid w:val="00B47730"/>
    <w:rsid w:val="00CB0664"/>
    <w:rsid w:val="00D419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79181"/>
  <w14:defaultImageDpi w14:val="300"/>
  <w15:docId w15:val="{7D522216-F004-4D2E-87F4-E25F78A9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152033"/>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1656B8"/>
      <w:sz w:val="32"/>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071A45"/>
      <w:sz w:val="25"/>
      <w:szCs w:val="26"/>
    </w:rPr>
  </w:style>
  <w:style w:type="paragraph" w:styleId="Heading3">
    <w:name w:val="heading 3"/>
    <w:basedOn w:val="Normal"/>
    <w:next w:val="Normal"/>
    <w:link w:val="Heading3Char"/>
    <w:uiPriority w:val="9"/>
    <w:unhideWhenUsed/>
    <w:qFormat/>
    <w:rsid w:val="00FC693F"/>
    <w:pPr>
      <w:keepNext/>
      <w:keepLines/>
      <w:spacing w:before="180"/>
      <w:outlineLvl w:val="2"/>
    </w:pPr>
    <w:rPr>
      <w:rFonts w:asciiTheme="majorHAnsi" w:eastAsiaTheme="majorEastAsia" w:hAnsiTheme="majorHAnsi" w:cstheme="majorBidi"/>
      <w:b/>
      <w:bCs/>
      <w:color w:val="165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071A4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pPr>
    <w:rPr>
      <w:rFonts w:ascii="Arial" w:hAnsi="Arial"/>
      <w:color w:val="5B6472"/>
      <w:sz w:val="17"/>
    </w:rPr>
  </w:style>
  <w:style w:type="paragraph" w:customStyle="1" w:styleId="Callout">
    <w:name w:val="Callout"/>
    <w:pPr>
      <w:spacing w:after="60"/>
    </w:pPr>
    <w:rPr>
      <w:rFonts w:ascii="Arial" w:hAnsi="Arial"/>
      <w:b/>
      <w:color w:val="071A4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CHIA TECH</cp:lastModifiedBy>
  <cp:revision>2</cp:revision>
  <dcterms:created xsi:type="dcterms:W3CDTF">2013-12-23T23:15:00Z</dcterms:created>
  <dcterms:modified xsi:type="dcterms:W3CDTF">2026-08-24T22:39:00Z</dcterms:modified>
  <cp:category/>
</cp:coreProperties>
</file>